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heading=h.46y4zsbf12zr"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heading=h.ng9hi5o8bri6" w:id="1"/>
      <w:bookmarkEnd w:id="1"/>
      <w:r w:rsidDel="00000000" w:rsidR="00000000" w:rsidRPr="00000000">
        <w:rPr>
          <w:rFonts w:ascii="Nunito Black" w:cs="Nunito Black" w:eastAsia="Nunito Black" w:hAnsi="Nunito Black"/>
          <w:rtl w:val="0"/>
        </w:rPr>
        <w:t xml:space="preserve">Roundtable Podcast Packet</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561975</wp:posOffset>
            </wp:positionH>
            <wp:positionV relativeFrom="paragraph">
              <wp:posOffset>676275</wp:posOffset>
            </wp:positionV>
            <wp:extent cx="4357688" cy="4357688"/>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57688" cy="4357688"/>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2638425</wp:posOffset>
            </wp:positionH>
            <wp:positionV relativeFrom="page">
              <wp:posOffset>7729245</wp:posOffset>
            </wp:positionV>
            <wp:extent cx="785223" cy="785223"/>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5223" cy="785223"/>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3943350</wp:posOffset>
            </wp:positionH>
            <wp:positionV relativeFrom="page">
              <wp:posOffset>7857833</wp:posOffset>
            </wp:positionV>
            <wp:extent cx="1509015" cy="52487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9"/>
                    <a:srcRect b="24821" l="0" r="0" t="39967"/>
                    <a:stretch>
                      <a:fillRect/>
                    </a:stretch>
                  </pic:blipFill>
                  <pic:spPr>
                    <a:xfrm>
                      <a:off x="0" y="0"/>
                      <a:ext cx="1509015" cy="5248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keepNext w:val="0"/>
        <w:keepLines w:val="0"/>
        <w:spacing w:after="80" w:before="280" w:lineRule="auto"/>
        <w:rPr/>
      </w:pPr>
      <w:bookmarkStart w:colFirst="0" w:colLast="0" w:name="_heading=h.ocgjo64axnu" w:id="2"/>
      <w:bookmarkEnd w:id="2"/>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864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rpc2gn3thu8e">
            <w:r w:rsidDel="00000000" w:rsidR="00000000" w:rsidRPr="00000000">
              <w:rPr>
                <w:b w:val="1"/>
                <w:color w:val="000000"/>
                <w:u w:val="none"/>
                <w:rtl w:val="0"/>
              </w:rPr>
              <w:t xml:space="preserve">What is a Roundtable Podcast?</w:t>
              <w:tab/>
            </w:r>
          </w:hyperlink>
          <w:r w:rsidDel="00000000" w:rsidR="00000000" w:rsidRPr="00000000">
            <w:fldChar w:fldCharType="begin"/>
            <w:instrText xml:space="preserve"> PAGEREF _heading=h.rpc2gn3thu8e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8640"/>
            </w:tabs>
            <w:spacing w:after="0" w:before="60" w:line="240" w:lineRule="auto"/>
            <w:rPr>
              <w:b w:val="1"/>
              <w:color w:val="000000"/>
              <w:u w:val="none"/>
            </w:rPr>
          </w:pPr>
          <w:hyperlink w:anchor="_heading=h.9qa1jp7dy6cs">
            <w:r w:rsidDel="00000000" w:rsidR="00000000" w:rsidRPr="00000000">
              <w:rPr>
                <w:b w:val="1"/>
                <w:color w:val="000000"/>
                <w:u w:val="none"/>
                <w:rtl w:val="0"/>
              </w:rPr>
              <w:t xml:space="preserve">Part 1: Roundtable Discussion Instructions</w:t>
              <w:tab/>
            </w:r>
          </w:hyperlink>
          <w:r w:rsidDel="00000000" w:rsidR="00000000" w:rsidRPr="00000000">
            <w:fldChar w:fldCharType="begin"/>
            <w:instrText xml:space="preserve"> PAGEREF _heading=h.9qa1jp7dy6cs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8640"/>
            </w:tabs>
            <w:spacing w:after="0" w:before="60" w:line="240" w:lineRule="auto"/>
            <w:rPr>
              <w:b w:val="1"/>
              <w:color w:val="000000"/>
              <w:u w:val="none"/>
            </w:rPr>
          </w:pPr>
          <w:hyperlink w:anchor="_heading=h.g310x9qk04uu">
            <w:r w:rsidDel="00000000" w:rsidR="00000000" w:rsidRPr="00000000">
              <w:rPr>
                <w:b w:val="1"/>
                <w:color w:val="000000"/>
                <w:u w:val="none"/>
                <w:rtl w:val="0"/>
              </w:rPr>
              <w:t xml:space="preserve">Part 2: Roundtable Prep Sheet</w:t>
              <w:tab/>
            </w:r>
          </w:hyperlink>
          <w:r w:rsidDel="00000000" w:rsidR="00000000" w:rsidRPr="00000000">
            <w:fldChar w:fldCharType="begin"/>
            <w:instrText xml:space="preserve"> PAGEREF _heading=h.g310x9qk04uu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8640"/>
            </w:tabs>
            <w:spacing w:after="0" w:before="60" w:line="240" w:lineRule="auto"/>
            <w:ind w:left="360" w:firstLine="0"/>
            <w:rPr>
              <w:color w:val="000000"/>
              <w:u w:val="none"/>
            </w:rPr>
          </w:pPr>
          <w:hyperlink w:anchor="_heading=h.jxfpakmxeb14">
            <w:r w:rsidDel="00000000" w:rsidR="00000000" w:rsidRPr="00000000">
              <w:rPr>
                <w:color w:val="000000"/>
                <w:u w:val="none"/>
                <w:rtl w:val="0"/>
              </w:rPr>
              <w:t xml:space="preserve">Discussion Topics</w:t>
              <w:tab/>
            </w:r>
          </w:hyperlink>
          <w:r w:rsidDel="00000000" w:rsidR="00000000" w:rsidRPr="00000000">
            <w:fldChar w:fldCharType="begin"/>
            <w:instrText xml:space="preserve"> PAGEREF _heading=h.jxfpakmxeb14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8640"/>
            </w:tabs>
            <w:spacing w:after="0" w:before="60" w:line="240" w:lineRule="auto"/>
            <w:ind w:left="360" w:firstLine="0"/>
            <w:rPr>
              <w:color w:val="000000"/>
              <w:u w:val="none"/>
            </w:rPr>
          </w:pPr>
          <w:hyperlink w:anchor="_heading=h.ijjlyda897hb">
            <w:r w:rsidDel="00000000" w:rsidR="00000000" w:rsidRPr="00000000">
              <w:rPr>
                <w:color w:val="000000"/>
                <w:u w:val="none"/>
                <w:rtl w:val="0"/>
              </w:rPr>
              <w:t xml:space="preserve">Moderator Script Prep Page</w:t>
              <w:tab/>
            </w:r>
          </w:hyperlink>
          <w:r w:rsidDel="00000000" w:rsidR="00000000" w:rsidRPr="00000000">
            <w:fldChar w:fldCharType="begin"/>
            <w:instrText xml:space="preserve"> PAGEREF _heading=h.ijjlyda897hb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8640"/>
            </w:tabs>
            <w:spacing w:after="0" w:before="60" w:line="240" w:lineRule="auto"/>
            <w:ind w:left="360" w:firstLine="0"/>
            <w:rPr>
              <w:color w:val="000000"/>
              <w:u w:val="none"/>
            </w:rPr>
          </w:pPr>
          <w:hyperlink w:anchor="_heading=h.loomnj94tmqw">
            <w:r w:rsidDel="00000000" w:rsidR="00000000" w:rsidRPr="00000000">
              <w:rPr>
                <w:color w:val="000000"/>
                <w:u w:val="none"/>
                <w:rtl w:val="0"/>
              </w:rPr>
              <w:t xml:space="preserve">Non-moderators Script Prep</w:t>
              <w:tab/>
            </w:r>
          </w:hyperlink>
          <w:r w:rsidDel="00000000" w:rsidR="00000000" w:rsidRPr="00000000">
            <w:fldChar w:fldCharType="begin"/>
            <w:instrText xml:space="preserve"> PAGEREF _heading=h.loomnj94tmqw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8640"/>
            </w:tabs>
            <w:spacing w:after="0" w:before="60" w:line="240" w:lineRule="auto"/>
            <w:rPr>
              <w:b w:val="1"/>
              <w:color w:val="000000"/>
              <w:u w:val="none"/>
            </w:rPr>
          </w:pPr>
          <w:hyperlink w:anchor="_heading=h.xcfxqh86wbet">
            <w:r w:rsidDel="00000000" w:rsidR="00000000" w:rsidRPr="00000000">
              <w:rPr>
                <w:b w:val="1"/>
                <w:color w:val="000000"/>
                <w:u w:val="none"/>
                <w:rtl w:val="0"/>
              </w:rPr>
              <w:t xml:space="preserve">Part 3: Script Template</w:t>
              <w:tab/>
            </w:r>
          </w:hyperlink>
          <w:r w:rsidDel="00000000" w:rsidR="00000000" w:rsidRPr="00000000">
            <w:fldChar w:fldCharType="begin"/>
            <w:instrText xml:space="preserve"> PAGEREF _heading=h.xcfxqh86wbet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8640"/>
            </w:tabs>
            <w:spacing w:after="0" w:before="60" w:line="240" w:lineRule="auto"/>
            <w:rPr>
              <w:b w:val="1"/>
              <w:color w:val="000000"/>
              <w:u w:val="none"/>
            </w:rPr>
          </w:pPr>
          <w:hyperlink w:anchor="_heading=h.5i0cwvd5i2su">
            <w:r w:rsidDel="00000000" w:rsidR="00000000" w:rsidRPr="00000000">
              <w:rPr>
                <w:b w:val="1"/>
                <w:color w:val="000000"/>
                <w:u w:val="none"/>
                <w:rtl w:val="0"/>
              </w:rPr>
              <w:t xml:space="preserve">Part 4: Recording</w:t>
              <w:tab/>
            </w:r>
          </w:hyperlink>
          <w:r w:rsidDel="00000000" w:rsidR="00000000" w:rsidRPr="00000000">
            <w:fldChar w:fldCharType="begin"/>
            <w:instrText xml:space="preserve"> PAGEREF _heading=h.5i0cwvd5i2su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8640"/>
            </w:tabs>
            <w:spacing w:after="0" w:before="60" w:line="240" w:lineRule="auto"/>
            <w:rPr>
              <w:b w:val="1"/>
              <w:color w:val="000000"/>
              <w:u w:val="none"/>
            </w:rPr>
          </w:pPr>
          <w:hyperlink w:anchor="_heading=h.es4ifk9ya7kc">
            <w:r w:rsidDel="00000000" w:rsidR="00000000" w:rsidRPr="00000000">
              <w:rPr>
                <w:b w:val="1"/>
                <w:color w:val="000000"/>
                <w:u w:val="none"/>
                <w:rtl w:val="0"/>
              </w:rPr>
              <w:t xml:space="preserve">Part 5: Editing &amp; Publishing</w:t>
              <w:tab/>
            </w:r>
          </w:hyperlink>
          <w:r w:rsidDel="00000000" w:rsidR="00000000" w:rsidRPr="00000000">
            <w:fldChar w:fldCharType="begin"/>
            <w:instrText xml:space="preserve"> PAGEREF _heading=h.es4ifk9ya7kc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8640"/>
            </w:tabs>
            <w:spacing w:after="0" w:before="60" w:line="240" w:lineRule="auto"/>
            <w:ind w:left="1080" w:firstLine="0"/>
            <w:rPr>
              <w:color w:val="000000"/>
              <w:u w:val="none"/>
            </w:rPr>
          </w:pPr>
          <w:hyperlink w:anchor="_heading=h.gaabq4qw39rj">
            <w:r w:rsidDel="00000000" w:rsidR="00000000" w:rsidRPr="00000000">
              <w:rPr>
                <w:color w:val="000000"/>
                <w:u w:val="none"/>
                <w:rtl w:val="0"/>
              </w:rPr>
              <w:t xml:space="preserve">Listen to Your Podcast</w:t>
              <w:tab/>
            </w:r>
          </w:hyperlink>
          <w:r w:rsidDel="00000000" w:rsidR="00000000" w:rsidRPr="00000000">
            <w:fldChar w:fldCharType="begin"/>
            <w:instrText xml:space="preserve"> PAGEREF _heading=h.gaabq4qw39rj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8640"/>
            </w:tabs>
            <w:spacing w:after="0" w:before="60" w:line="240" w:lineRule="auto"/>
            <w:ind w:left="1080" w:firstLine="0"/>
            <w:rPr>
              <w:color w:val="000000"/>
              <w:u w:val="none"/>
            </w:rPr>
          </w:pPr>
          <w:hyperlink w:anchor="_heading=h.vtf5f22d2ixl">
            <w:r w:rsidDel="00000000" w:rsidR="00000000" w:rsidRPr="00000000">
              <w:rPr>
                <w:color w:val="000000"/>
                <w:u w:val="none"/>
                <w:rtl w:val="0"/>
              </w:rPr>
              <w:t xml:space="preserve">Add a Podcast Intro</w:t>
              <w:tab/>
            </w:r>
          </w:hyperlink>
          <w:r w:rsidDel="00000000" w:rsidR="00000000" w:rsidRPr="00000000">
            <w:fldChar w:fldCharType="begin"/>
            <w:instrText xml:space="preserve"> PAGEREF _heading=h.vtf5f22d2ixl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8640"/>
            </w:tabs>
            <w:spacing w:after="0" w:before="60" w:line="240" w:lineRule="auto"/>
            <w:ind w:left="1080" w:firstLine="0"/>
            <w:rPr>
              <w:color w:val="000000"/>
              <w:u w:val="none"/>
            </w:rPr>
          </w:pPr>
          <w:hyperlink w:anchor="_heading=h.czrkez9pzp7e">
            <w:r w:rsidDel="00000000" w:rsidR="00000000" w:rsidRPr="00000000">
              <w:rPr>
                <w:color w:val="000000"/>
                <w:u w:val="none"/>
                <w:rtl w:val="0"/>
              </w:rPr>
              <w:t xml:space="preserve">Publish and Share</w:t>
              <w:tab/>
            </w:r>
          </w:hyperlink>
          <w:r w:rsidDel="00000000" w:rsidR="00000000" w:rsidRPr="00000000">
            <w:fldChar w:fldCharType="begin"/>
            <w:instrText xml:space="preserve"> PAGEREF _heading=h.czrkez9pzp7e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8640"/>
            </w:tabs>
            <w:spacing w:after="0" w:before="60" w:line="240" w:lineRule="auto"/>
            <w:rPr>
              <w:b w:val="1"/>
              <w:color w:val="000000"/>
              <w:u w:val="none"/>
            </w:rPr>
          </w:pPr>
          <w:hyperlink w:anchor="_heading=h.obnznak70yx">
            <w:r w:rsidDel="00000000" w:rsidR="00000000" w:rsidRPr="00000000">
              <w:rPr>
                <w:b w:val="1"/>
                <w:color w:val="000000"/>
                <w:u w:val="none"/>
                <w:rtl w:val="0"/>
              </w:rPr>
              <w:t xml:space="preserve">Part 6: Reflection Questions</w:t>
              <w:tab/>
            </w:r>
          </w:hyperlink>
          <w:r w:rsidDel="00000000" w:rsidR="00000000" w:rsidRPr="00000000">
            <w:fldChar w:fldCharType="begin"/>
            <w:instrText xml:space="preserve"> PAGEREF _heading=h.obnznak70yx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pStyle w:val="Heading1"/>
        <w:keepNext w:val="0"/>
        <w:keepLines w:val="0"/>
        <w:spacing w:after="80" w:before="280" w:lineRule="auto"/>
        <w:rPr/>
      </w:pPr>
      <w:bookmarkStart w:colFirst="0" w:colLast="0" w:name="_heading=h.yvl5p1kz1oz8" w:id="3"/>
      <w:bookmarkEnd w:id="3"/>
      <w:r w:rsidDel="00000000" w:rsidR="00000000" w:rsidRPr="00000000">
        <w:rPr>
          <w:rtl w:val="0"/>
        </w:rPr>
      </w:r>
    </w:p>
    <w:p w:rsidR="00000000" w:rsidDel="00000000" w:rsidP="00000000" w:rsidRDefault="00000000" w:rsidRPr="00000000" w14:paraId="00000015">
      <w:pPr>
        <w:pStyle w:val="Heading1"/>
        <w:keepNext w:val="0"/>
        <w:keepLines w:val="0"/>
        <w:spacing w:after="80" w:before="280" w:lineRule="auto"/>
        <w:rPr/>
      </w:pPr>
      <w:bookmarkStart w:colFirst="0" w:colLast="0" w:name="_heading=h.rpc2gn3thu8e" w:id="4"/>
      <w:bookmarkEnd w:id="4"/>
      <w:r w:rsidDel="00000000" w:rsidR="00000000" w:rsidRPr="00000000">
        <w:rPr>
          <w:rtl w:val="0"/>
        </w:rPr>
        <w:t xml:space="preserve">What is a Roundtable Podcast?</w:t>
      </w:r>
    </w:p>
    <w:p w:rsidR="00000000" w:rsidDel="00000000" w:rsidP="00000000" w:rsidRDefault="00000000" w:rsidRPr="00000000" w14:paraId="00000016">
      <w:pPr>
        <w:spacing w:after="240" w:before="240" w:lineRule="auto"/>
        <w:rPr/>
      </w:pPr>
      <w:r w:rsidDel="00000000" w:rsidR="00000000" w:rsidRPr="00000000">
        <w:rPr>
          <w:rtl w:val="0"/>
        </w:rPr>
        <w:t xml:space="preserve">A Roundtable Podcast is a kind of show where </w:t>
      </w:r>
      <w:r w:rsidDel="00000000" w:rsidR="00000000" w:rsidRPr="00000000">
        <w:rPr>
          <w:b w:val="1"/>
          <w:rtl w:val="0"/>
        </w:rPr>
        <w:t xml:space="preserve">a small group of people talk together</w:t>
      </w:r>
      <w:r w:rsidDel="00000000" w:rsidR="00000000" w:rsidRPr="00000000">
        <w:rPr>
          <w:rtl w:val="0"/>
        </w:rPr>
        <w:t xml:space="preserve"> about one topic. Usually, there are </w:t>
      </w:r>
      <w:r w:rsidDel="00000000" w:rsidR="00000000" w:rsidRPr="00000000">
        <w:rPr>
          <w:b w:val="1"/>
          <w:rtl w:val="0"/>
        </w:rPr>
        <w:t xml:space="preserve">three or four speakers</w:t>
      </w:r>
      <w:r w:rsidDel="00000000" w:rsidR="00000000" w:rsidRPr="00000000">
        <w:rPr>
          <w:rtl w:val="0"/>
        </w:rPr>
        <w:t xml:space="preserve"> and </w:t>
      </w:r>
      <w:r w:rsidDel="00000000" w:rsidR="00000000" w:rsidRPr="00000000">
        <w:rPr>
          <w:b w:val="1"/>
          <w:rtl w:val="0"/>
        </w:rPr>
        <w:t xml:space="preserve">one moderator</w:t>
      </w:r>
      <w:r w:rsidDel="00000000" w:rsidR="00000000" w:rsidRPr="00000000">
        <w:rPr>
          <w:rtl w:val="0"/>
        </w:rPr>
        <w:t xml:space="preserve">. The moderator is the person who helps guide the conversation. They ask questions, make sure everyone gets a turn, and help the group move from one idea to the next.</w:t>
      </w:r>
    </w:p>
    <w:p w:rsidR="00000000" w:rsidDel="00000000" w:rsidP="00000000" w:rsidRDefault="00000000" w:rsidRPr="00000000" w14:paraId="00000017">
      <w:pPr>
        <w:spacing w:after="240" w:before="240" w:lineRule="auto"/>
        <w:rPr/>
      </w:pPr>
      <w:r w:rsidDel="00000000" w:rsidR="00000000" w:rsidRPr="00000000">
        <w:rPr>
          <w:rtl w:val="0"/>
        </w:rPr>
        <w:t xml:space="preserve">This type of podcast is fun and easy to make! You don’t need a lot of editing or fancy equipment. Just find a quiet place, choose a topic, and start talking. It’s like having a smart, friendly group chat that others get to listen to.</w:t>
      </w:r>
    </w:p>
    <w:p w:rsidR="00000000" w:rsidDel="00000000" w:rsidP="00000000" w:rsidRDefault="00000000" w:rsidRPr="00000000" w14:paraId="00000018">
      <w:pPr>
        <w:spacing w:after="240" w:before="240" w:lineRule="auto"/>
        <w:rPr/>
      </w:pPr>
      <w:r w:rsidDel="00000000" w:rsidR="00000000" w:rsidRPr="00000000">
        <w:rPr>
          <w:rtl w:val="0"/>
        </w:rPr>
        <w:t xml:space="preserve">Roundtable Podcasts are a great way to hear </w:t>
      </w:r>
      <w:r w:rsidDel="00000000" w:rsidR="00000000" w:rsidRPr="00000000">
        <w:rPr>
          <w:b w:val="1"/>
          <w:rtl w:val="0"/>
        </w:rPr>
        <w:t xml:space="preserve">different opinions</w:t>
      </w:r>
      <w:r w:rsidDel="00000000" w:rsidR="00000000" w:rsidRPr="00000000">
        <w:rPr>
          <w:rtl w:val="0"/>
        </w:rPr>
        <w:t xml:space="preserve"> and learn from each other. Everyone brings their own ideas, and together, the group explores the topic in an interesting way.</w:t>
      </w:r>
    </w:p>
    <w:p w:rsidR="00000000" w:rsidDel="00000000" w:rsidP="00000000" w:rsidRDefault="00000000" w:rsidRPr="00000000" w14:paraId="00000019">
      <w:pPr>
        <w:spacing w:after="240" w:before="240" w:lineRule="auto"/>
        <w:rPr/>
      </w:pPr>
      <w:r w:rsidDel="00000000" w:rsidR="00000000" w:rsidRPr="00000000">
        <w:rPr>
          <w:rtl w:val="0"/>
        </w:rPr>
        <w:t xml:space="preserve">If you’ve ever had a great class discussion, you already know what a Roundtable Podcast can sound like. Now imagine recording that discussion so others can hear it too—that’s what makes it a podcast!</w:t>
      </w:r>
    </w:p>
    <w:p w:rsidR="00000000" w:rsidDel="00000000" w:rsidP="00000000" w:rsidRDefault="00000000" w:rsidRPr="00000000" w14:paraId="0000001A">
      <w:pPr>
        <w:spacing w:after="240" w:before="240" w:lineRule="auto"/>
        <w:rPr/>
      </w:pPr>
      <w:r w:rsidDel="00000000" w:rsidR="00000000" w:rsidRPr="00000000">
        <w:rPr>
          <w:rtl w:val="0"/>
        </w:rPr>
      </w:r>
    </w:p>
    <w:p w:rsidR="00000000" w:rsidDel="00000000" w:rsidP="00000000" w:rsidRDefault="00000000" w:rsidRPr="00000000" w14:paraId="0000001B">
      <w:pPr>
        <w:rPr/>
      </w:pPr>
      <w:r w:rsidDel="00000000" w:rsidR="00000000" w:rsidRPr="00000000">
        <w:br w:type="page"/>
      </w:r>
      <w:r w:rsidDel="00000000" w:rsidR="00000000" w:rsidRPr="00000000">
        <w:rPr>
          <w:rtl w:val="0"/>
        </w:rPr>
      </w:r>
    </w:p>
    <w:p w:rsidR="00000000" w:rsidDel="00000000" w:rsidP="00000000" w:rsidRDefault="00000000" w:rsidRPr="00000000" w14:paraId="0000001C">
      <w:pPr>
        <w:rPr>
          <w:rFonts w:ascii="Nunito Light" w:cs="Nunito Light" w:eastAsia="Nunito Light" w:hAnsi="Nunito Light"/>
        </w:rPr>
      </w:pPr>
      <w:r w:rsidDel="00000000" w:rsidR="00000000" w:rsidRPr="00000000">
        <w:rPr>
          <w:rtl w:val="0"/>
        </w:rPr>
        <w:t xml:space="preserve">This packet will guide you through every step of planning, preparing, recording, and reflecting on your roundtable podcast. A roundtable podcast is a group discussion where everyone shares ideas on different parts of a topic. Follow the instructions carefully and complete each section to create your own awesome podcast episode!</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9qa1jp7dy6cs" w:id="5"/>
      <w:bookmarkEnd w:id="5"/>
      <w:r w:rsidDel="00000000" w:rsidR="00000000" w:rsidRPr="00000000">
        <w:rPr>
          <w:rtl w:val="0"/>
        </w:rPr>
        <w:t xml:space="preserve">Part 1: Roundtable Discussion Instructions</w:t>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b w:val="1"/>
          <w:rtl w:val="0"/>
        </w:rPr>
        <w:t xml:space="preserve">Step 1: Assemble Your Team</w:t>
        <w:br w:type="textWrapping"/>
      </w:r>
      <w:r w:rsidDel="00000000" w:rsidR="00000000" w:rsidRPr="00000000">
        <w:rPr>
          <w:rtl w:val="0"/>
        </w:rPr>
        <w:t xml:space="preserve">Form a group of 4–6 students. Choose your roles:</w:t>
      </w:r>
    </w:p>
    <w:p w:rsidR="00000000" w:rsidDel="00000000" w:rsidP="00000000" w:rsidRDefault="00000000" w:rsidRPr="00000000" w14:paraId="00000020">
      <w:pPr>
        <w:numPr>
          <w:ilvl w:val="0"/>
          <w:numId w:val="4"/>
        </w:numPr>
        <w:spacing w:after="0" w:afterAutospacing="0" w:before="240" w:lineRule="auto"/>
        <w:ind w:left="720" w:hanging="360"/>
      </w:pPr>
      <w:r w:rsidDel="00000000" w:rsidR="00000000" w:rsidRPr="00000000">
        <w:rPr>
          <w:b w:val="1"/>
          <w:rtl w:val="0"/>
        </w:rPr>
        <w:t xml:space="preserve">Moderator</w:t>
      </w:r>
      <w:r w:rsidDel="00000000" w:rsidR="00000000" w:rsidRPr="00000000">
        <w:rPr>
          <w:rtl w:val="0"/>
        </w:rPr>
        <w:t xml:space="preserve"> – Leads the conversation and makes sure everyone gets a chance to speak.</w:t>
      </w:r>
    </w:p>
    <w:p w:rsidR="00000000" w:rsidDel="00000000" w:rsidP="00000000" w:rsidRDefault="00000000" w:rsidRPr="00000000" w14:paraId="00000021">
      <w:pPr>
        <w:numPr>
          <w:ilvl w:val="0"/>
          <w:numId w:val="4"/>
        </w:numPr>
        <w:spacing w:after="0" w:afterAutospacing="0" w:before="0" w:beforeAutospacing="0" w:lineRule="auto"/>
        <w:ind w:left="720" w:hanging="360"/>
      </w:pPr>
      <w:r w:rsidDel="00000000" w:rsidR="00000000" w:rsidRPr="00000000">
        <w:rPr>
          <w:b w:val="1"/>
          <w:rtl w:val="0"/>
        </w:rPr>
        <w:t xml:space="preserve">Recording Engineer</w:t>
      </w:r>
      <w:r w:rsidDel="00000000" w:rsidR="00000000" w:rsidRPr="00000000">
        <w:rPr>
          <w:rtl w:val="0"/>
        </w:rPr>
        <w:t xml:space="preserve"> – Checks volume levels and listens on headphones to make sure the sound is clear.</w:t>
      </w:r>
    </w:p>
    <w:p w:rsidR="00000000" w:rsidDel="00000000" w:rsidP="00000000" w:rsidRDefault="00000000" w:rsidRPr="00000000" w14:paraId="00000022">
      <w:pPr>
        <w:numPr>
          <w:ilvl w:val="0"/>
          <w:numId w:val="4"/>
        </w:numPr>
        <w:spacing w:after="0" w:afterAutospacing="0" w:before="0" w:beforeAutospacing="0" w:lineRule="auto"/>
        <w:ind w:left="720" w:hanging="360"/>
      </w:pPr>
      <w:r w:rsidDel="00000000" w:rsidR="00000000" w:rsidRPr="00000000">
        <w:rPr>
          <w:b w:val="1"/>
          <w:rtl w:val="0"/>
        </w:rPr>
        <w:t xml:space="preserve">Editor</w:t>
      </w:r>
      <w:r w:rsidDel="00000000" w:rsidR="00000000" w:rsidRPr="00000000">
        <w:rPr>
          <w:rtl w:val="0"/>
        </w:rPr>
        <w:t xml:space="preserve"> – Puts the final version of the podcast together.</w:t>
      </w:r>
    </w:p>
    <w:p w:rsidR="00000000" w:rsidDel="00000000" w:rsidP="00000000" w:rsidRDefault="00000000" w:rsidRPr="00000000" w14:paraId="00000023">
      <w:pPr>
        <w:numPr>
          <w:ilvl w:val="0"/>
          <w:numId w:val="4"/>
        </w:numPr>
        <w:spacing w:after="240" w:before="0" w:beforeAutospacing="0" w:lineRule="auto"/>
        <w:ind w:left="720" w:hanging="360"/>
      </w:pPr>
      <w:r w:rsidDel="00000000" w:rsidR="00000000" w:rsidRPr="00000000">
        <w:rPr>
          <w:rtl w:val="0"/>
        </w:rPr>
        <w:t xml:space="preserve">Everyone else is a </w:t>
      </w:r>
      <w:r w:rsidDel="00000000" w:rsidR="00000000" w:rsidRPr="00000000">
        <w:rPr>
          <w:b w:val="1"/>
          <w:rtl w:val="0"/>
        </w:rPr>
        <w:t xml:space="preserve">Discussion Participant</w:t>
      </w:r>
      <w:r w:rsidDel="00000000" w:rsidR="00000000" w:rsidRPr="00000000">
        <w:rPr>
          <w:rtl w:val="0"/>
        </w:rPr>
        <w:t xml:space="preserve"> – shares ideas and joins the conversation.</w:t>
      </w:r>
    </w:p>
    <w:p w:rsidR="00000000" w:rsidDel="00000000" w:rsidP="00000000" w:rsidRDefault="00000000" w:rsidRPr="00000000" w14:paraId="00000024">
      <w:pPr>
        <w:spacing w:after="240" w:before="240" w:lineRule="auto"/>
        <w:rPr/>
      </w:pPr>
      <w:r w:rsidDel="00000000" w:rsidR="00000000" w:rsidRPr="00000000">
        <w:rPr>
          <w:b w:val="1"/>
          <w:rtl w:val="0"/>
        </w:rPr>
        <w:t xml:space="preserve">Step 2: Choose Topics and Prepare</w:t>
        <w:br w:type="textWrapping"/>
      </w:r>
      <w:r w:rsidDel="00000000" w:rsidR="00000000" w:rsidRPr="00000000">
        <w:rPr>
          <w:rtl w:val="0"/>
        </w:rPr>
        <w:t xml:space="preserve">Pick 3–4 subtopics to talk about during the show. Everyone in the group needs to do the reading or research needed to be ready to talk about each topic. Use the Prep Sheet in Part 2 to help get ready.</w:t>
      </w:r>
    </w:p>
    <w:p w:rsidR="00000000" w:rsidDel="00000000" w:rsidP="00000000" w:rsidRDefault="00000000" w:rsidRPr="00000000" w14:paraId="00000025">
      <w:pPr>
        <w:spacing w:after="240" w:before="240" w:lineRule="auto"/>
        <w:rPr/>
      </w:pPr>
      <w:r w:rsidDel="00000000" w:rsidR="00000000" w:rsidRPr="00000000">
        <w:rPr>
          <w:rtl w:val="0"/>
        </w:rPr>
        <w:t xml:space="preserve">Choose a day to record when everyone is available and has access to the equipment.</w:t>
      </w:r>
    </w:p>
    <w:p w:rsidR="00000000" w:rsidDel="00000000" w:rsidP="00000000" w:rsidRDefault="00000000" w:rsidRPr="00000000" w14:paraId="00000026">
      <w:pPr>
        <w:spacing w:after="240" w:before="240" w:lineRule="auto"/>
        <w:rPr>
          <w:b w:val="1"/>
        </w:rPr>
      </w:pPr>
      <w:r w:rsidDel="00000000" w:rsidR="00000000" w:rsidRPr="00000000">
        <w:rPr>
          <w:b w:val="1"/>
          <w:rtl w:val="0"/>
        </w:rPr>
        <w:t xml:space="preserve">Step 3: Record Your Podcast</w:t>
      </w:r>
    </w:p>
    <w:p w:rsidR="00000000" w:rsidDel="00000000" w:rsidP="00000000" w:rsidRDefault="00000000" w:rsidRPr="00000000" w14:paraId="00000027">
      <w:pPr>
        <w:numPr>
          <w:ilvl w:val="0"/>
          <w:numId w:val="3"/>
        </w:numPr>
        <w:spacing w:after="0" w:afterAutospacing="0" w:before="240" w:lineRule="auto"/>
        <w:ind w:left="720" w:hanging="360"/>
      </w:pPr>
      <w:r w:rsidDel="00000000" w:rsidR="00000000" w:rsidRPr="00000000">
        <w:rPr>
          <w:rtl w:val="0"/>
        </w:rPr>
        <w:t xml:space="preserve">Test microphones before you start.</w:t>
      </w:r>
    </w:p>
    <w:p w:rsidR="00000000" w:rsidDel="00000000" w:rsidP="00000000" w:rsidRDefault="00000000" w:rsidRPr="00000000" w14:paraId="00000028">
      <w:pPr>
        <w:numPr>
          <w:ilvl w:val="0"/>
          <w:numId w:val="3"/>
        </w:numPr>
        <w:spacing w:after="0" w:afterAutospacing="0" w:before="0" w:beforeAutospacing="0" w:lineRule="auto"/>
        <w:ind w:left="720" w:hanging="360"/>
      </w:pPr>
      <w:r w:rsidDel="00000000" w:rsidR="00000000" w:rsidRPr="00000000">
        <w:rPr>
          <w:rtl w:val="0"/>
        </w:rPr>
        <w:t xml:space="preserve">Begin by introducing the podcast and each group member.</w:t>
      </w:r>
    </w:p>
    <w:p w:rsidR="00000000" w:rsidDel="00000000" w:rsidP="00000000" w:rsidRDefault="00000000" w:rsidRPr="00000000" w14:paraId="00000029">
      <w:pPr>
        <w:numPr>
          <w:ilvl w:val="0"/>
          <w:numId w:val="3"/>
        </w:numPr>
        <w:spacing w:after="0" w:afterAutospacing="0" w:before="0" w:beforeAutospacing="0" w:lineRule="auto"/>
        <w:ind w:left="720" w:hanging="360"/>
      </w:pPr>
      <w:r w:rsidDel="00000000" w:rsidR="00000000" w:rsidRPr="00000000">
        <w:rPr>
          <w:rtl w:val="0"/>
        </w:rPr>
        <w:t xml:space="preserve">Have the moderator guide the group through each topic.</w:t>
      </w:r>
    </w:p>
    <w:p w:rsidR="00000000" w:rsidDel="00000000" w:rsidP="00000000" w:rsidRDefault="00000000" w:rsidRPr="00000000" w14:paraId="0000002A">
      <w:pPr>
        <w:numPr>
          <w:ilvl w:val="0"/>
          <w:numId w:val="3"/>
        </w:numPr>
        <w:spacing w:after="240" w:before="0" w:beforeAutospacing="0" w:lineRule="auto"/>
        <w:ind w:left="720" w:hanging="360"/>
      </w:pPr>
      <w:r w:rsidDel="00000000" w:rsidR="00000000" w:rsidRPr="00000000">
        <w:rPr>
          <w:rtl w:val="0"/>
        </w:rPr>
        <w:t xml:space="preserve">The engineer should listen with headphones and adjust sound if needed.</w:t>
      </w:r>
    </w:p>
    <w:p w:rsidR="00000000" w:rsidDel="00000000" w:rsidP="00000000" w:rsidRDefault="00000000" w:rsidRPr="00000000" w14:paraId="0000002B">
      <w:pPr>
        <w:spacing w:after="240" w:before="240" w:lineRule="auto"/>
        <w:rPr>
          <w:b w:val="1"/>
        </w:rPr>
      </w:pPr>
      <w:r w:rsidDel="00000000" w:rsidR="00000000" w:rsidRPr="00000000">
        <w:rPr>
          <w:b w:val="1"/>
          <w:rtl w:val="0"/>
        </w:rPr>
        <w:t xml:space="preserve">Step 4: Edit and Share</w:t>
      </w:r>
    </w:p>
    <w:p w:rsidR="00000000" w:rsidDel="00000000" w:rsidP="00000000" w:rsidRDefault="00000000" w:rsidRPr="00000000" w14:paraId="0000002C">
      <w:pPr>
        <w:numPr>
          <w:ilvl w:val="0"/>
          <w:numId w:val="1"/>
        </w:numPr>
        <w:spacing w:after="0" w:afterAutospacing="0" w:before="240" w:lineRule="auto"/>
        <w:ind w:left="720" w:hanging="360"/>
      </w:pPr>
      <w:r w:rsidDel="00000000" w:rsidR="00000000" w:rsidRPr="00000000">
        <w:rPr>
          <w:rtl w:val="0"/>
        </w:rPr>
        <w:t xml:space="preserve">The editor cuts out any test audio at the beginning.</w:t>
      </w:r>
    </w:p>
    <w:p w:rsidR="00000000" w:rsidDel="00000000" w:rsidP="00000000" w:rsidRDefault="00000000" w:rsidRPr="00000000" w14:paraId="0000002D">
      <w:pPr>
        <w:numPr>
          <w:ilvl w:val="0"/>
          <w:numId w:val="1"/>
        </w:numPr>
        <w:spacing w:after="0" w:afterAutospacing="0" w:before="0" w:beforeAutospacing="0" w:lineRule="auto"/>
        <w:ind w:left="720" w:hanging="360"/>
      </w:pPr>
      <w:r w:rsidDel="00000000" w:rsidR="00000000" w:rsidRPr="00000000">
        <w:rPr>
          <w:rtl w:val="0"/>
        </w:rPr>
        <w:t xml:space="preserve">Add a short intro or music if you’d like.</w:t>
      </w:r>
    </w:p>
    <w:p w:rsidR="00000000" w:rsidDel="00000000" w:rsidP="00000000" w:rsidRDefault="00000000" w:rsidRPr="00000000" w14:paraId="0000002E">
      <w:pPr>
        <w:numPr>
          <w:ilvl w:val="0"/>
          <w:numId w:val="1"/>
        </w:numPr>
        <w:spacing w:after="0" w:afterAutospacing="0" w:before="0" w:beforeAutospacing="0" w:lineRule="auto"/>
        <w:ind w:left="720" w:hanging="360"/>
      </w:pPr>
      <w:r w:rsidDel="00000000" w:rsidR="00000000" w:rsidRPr="00000000">
        <w:rPr>
          <w:rtl w:val="0"/>
        </w:rPr>
        <w:t xml:space="preserve">Fix any long pauses or off-topic parts.</w:t>
      </w:r>
    </w:p>
    <w:p w:rsidR="00000000" w:rsidDel="00000000" w:rsidP="00000000" w:rsidRDefault="00000000" w:rsidRPr="00000000" w14:paraId="0000002F">
      <w:pPr>
        <w:numPr>
          <w:ilvl w:val="0"/>
          <w:numId w:val="1"/>
        </w:numPr>
        <w:spacing w:after="240" w:before="0" w:beforeAutospacing="0" w:lineRule="auto"/>
        <w:ind w:left="720" w:hanging="360"/>
      </w:pPr>
      <w:r w:rsidDel="00000000" w:rsidR="00000000" w:rsidRPr="00000000">
        <w:rPr>
          <w:rtl w:val="0"/>
        </w:rPr>
        <w:t xml:space="preserve">Save the final version as an mp3 and send it to your teacher.</w:t>
      </w:r>
    </w:p>
    <w:p w:rsidR="00000000" w:rsidDel="00000000" w:rsidP="00000000" w:rsidRDefault="00000000" w:rsidRPr="00000000" w14:paraId="00000030">
      <w:pPr>
        <w:spacing w:after="240" w:before="240" w:lineRule="auto"/>
        <w:rPr/>
      </w:pPr>
      <w:r w:rsidDel="00000000" w:rsidR="00000000" w:rsidRPr="00000000">
        <w:rPr>
          <w:rtl w:val="0"/>
        </w:rPr>
        <w:t xml:space="preserve">This packet will guide you through every step of planning, preparing, recording, and reflecting on your roundtable podcast. A roundtable podcast is a group discussion where everyone shares ideas on different parts of a topic. Follow the instructions carefully and complete each section to create your own awesome podcast episode!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heading=h.cdygnt6hz5w2" w:id="6"/>
      <w:bookmarkEnd w:id="6"/>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bookmarkStart w:colFirst="0" w:colLast="0" w:name="_heading=h.g310x9qk04uu" w:id="7"/>
      <w:bookmarkEnd w:id="7"/>
      <w:r w:rsidDel="00000000" w:rsidR="00000000" w:rsidRPr="00000000">
        <w:rPr>
          <w:rtl w:val="0"/>
        </w:rPr>
        <w:t xml:space="preserve">Part 2: Roundtable Prep Sheet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Group Members:</w:t>
      </w:r>
    </w:p>
    <w:p w:rsidR="00000000" w:rsidDel="00000000" w:rsidP="00000000" w:rsidRDefault="00000000" w:rsidRPr="00000000" w14:paraId="00000037">
      <w:pPr>
        <w:rPr/>
      </w:pPr>
      <w:r w:rsidDel="00000000" w:rsidR="00000000" w:rsidRPr="00000000">
        <w:rPr>
          <w:rtl w:val="0"/>
        </w:rPr>
        <w:t xml:space="preserve">Moderator:</w:t>
        <w:tab/>
        <w:t xml:space="preserve">________________________________________________________</w:t>
      </w:r>
    </w:p>
    <w:p w:rsidR="00000000" w:rsidDel="00000000" w:rsidP="00000000" w:rsidRDefault="00000000" w:rsidRPr="00000000" w14:paraId="00000038">
      <w:pPr>
        <w:rPr/>
      </w:pPr>
      <w:r w:rsidDel="00000000" w:rsidR="00000000" w:rsidRPr="00000000">
        <w:rPr>
          <w:rtl w:val="0"/>
        </w:rPr>
        <w:t xml:space="preserve">Engineer: </w:t>
        <w:tab/>
        <w:t xml:space="preserve">________________________________________________________</w:t>
      </w:r>
    </w:p>
    <w:p w:rsidR="00000000" w:rsidDel="00000000" w:rsidP="00000000" w:rsidRDefault="00000000" w:rsidRPr="00000000" w14:paraId="00000039">
      <w:pPr>
        <w:rPr/>
      </w:pPr>
      <w:r w:rsidDel="00000000" w:rsidR="00000000" w:rsidRPr="00000000">
        <w:rPr>
          <w:rtl w:val="0"/>
        </w:rPr>
        <w:t xml:space="preserve">Editor: </w:t>
        <w:tab/>
        <w:tab/>
        <w:t xml:space="preserve">________________________________________________________</w:t>
      </w:r>
    </w:p>
    <w:p w:rsidR="00000000" w:rsidDel="00000000" w:rsidP="00000000" w:rsidRDefault="00000000" w:rsidRPr="00000000" w14:paraId="0000003A">
      <w:pPr>
        <w:rPr/>
      </w:pPr>
      <w:r w:rsidDel="00000000" w:rsidR="00000000" w:rsidRPr="00000000">
        <w:rPr>
          <w:rtl w:val="0"/>
        </w:rPr>
        <w:t xml:space="preserve">Participants:</w:t>
        <w:tab/>
        <w:t xml:space="preserve">________________________________________________________</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Podcast Recording Date: __________________________</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Each group member must complete this sheet before the recording.</w:t>
      </w:r>
    </w:p>
    <w:p w:rsidR="00000000" w:rsidDel="00000000" w:rsidP="00000000" w:rsidRDefault="00000000" w:rsidRPr="00000000" w14:paraId="0000003F">
      <w:pPr>
        <w:rPr/>
      </w:pPr>
      <w:r w:rsidDel="00000000" w:rsidR="00000000" w:rsidRPr="00000000">
        <w:rPr>
          <w:rtl w:val="0"/>
        </w:rPr>
        <w:t xml:space="preserve">We, the members of this group, understand that if we are not prepared, we may not be able to record. We will complete all required reading, prep work, and come ready to discuss.</w:t>
      </w:r>
    </w:p>
    <w:p w:rsidR="00000000" w:rsidDel="00000000" w:rsidP="00000000" w:rsidRDefault="00000000" w:rsidRPr="00000000" w14:paraId="00000040">
      <w:pPr>
        <w:rPr/>
      </w:pPr>
      <w:r w:rsidDel="00000000" w:rsidR="00000000" w:rsidRPr="00000000">
        <w:rPr>
          <w:rtl w:val="0"/>
        </w:rPr>
        <w:t xml:space="preserve">Group Member Signatures:</w:t>
      </w:r>
    </w:p>
    <w:p w:rsidR="00000000" w:rsidDel="00000000" w:rsidP="00000000" w:rsidRDefault="00000000" w:rsidRPr="00000000" w14:paraId="00000041">
      <w:pPr>
        <w:rPr/>
      </w:pPr>
      <w:r w:rsidDel="00000000" w:rsidR="00000000" w:rsidRPr="00000000">
        <w:rPr>
          <w:rtl w:val="0"/>
        </w:rPr>
        <w:t xml:space="preserve">- ____________________  - ____________________</w:t>
      </w:r>
    </w:p>
    <w:p w:rsidR="00000000" w:rsidDel="00000000" w:rsidP="00000000" w:rsidRDefault="00000000" w:rsidRPr="00000000" w14:paraId="00000042">
      <w:pPr>
        <w:rPr/>
      </w:pPr>
      <w:r w:rsidDel="00000000" w:rsidR="00000000" w:rsidRPr="00000000">
        <w:rPr>
          <w:rtl w:val="0"/>
        </w:rPr>
        <w:t xml:space="preserve">Signature</w:t>
        <w:tab/>
        <w:tab/>
        <w:t xml:space="preserve">Date</w:t>
      </w:r>
    </w:p>
    <w:p w:rsidR="00000000" w:rsidDel="00000000" w:rsidP="00000000" w:rsidRDefault="00000000" w:rsidRPr="00000000" w14:paraId="00000043">
      <w:pPr>
        <w:rPr/>
      </w:pPr>
      <w:r w:rsidDel="00000000" w:rsidR="00000000" w:rsidRPr="00000000">
        <w:rPr>
          <w:rtl w:val="0"/>
        </w:rPr>
        <w:t xml:space="preserve">- ____________________  - ____________________</w:t>
      </w:r>
    </w:p>
    <w:p w:rsidR="00000000" w:rsidDel="00000000" w:rsidP="00000000" w:rsidRDefault="00000000" w:rsidRPr="00000000" w14:paraId="00000044">
      <w:pPr>
        <w:rPr/>
      </w:pPr>
      <w:r w:rsidDel="00000000" w:rsidR="00000000" w:rsidRPr="00000000">
        <w:rPr>
          <w:rtl w:val="0"/>
        </w:rPr>
        <w:t xml:space="preserve">Signature</w:t>
        <w:tab/>
        <w:tab/>
        <w:t xml:space="preserve">Date</w:t>
      </w:r>
    </w:p>
    <w:p w:rsidR="00000000" w:rsidDel="00000000" w:rsidP="00000000" w:rsidRDefault="00000000" w:rsidRPr="00000000" w14:paraId="00000045">
      <w:pPr>
        <w:rPr/>
      </w:pPr>
      <w:r w:rsidDel="00000000" w:rsidR="00000000" w:rsidRPr="00000000">
        <w:rPr>
          <w:rtl w:val="0"/>
        </w:rPr>
        <w:t xml:space="preserve">- ____________________  - ____________________</w:t>
      </w:r>
    </w:p>
    <w:p w:rsidR="00000000" w:rsidDel="00000000" w:rsidP="00000000" w:rsidRDefault="00000000" w:rsidRPr="00000000" w14:paraId="00000046">
      <w:pPr>
        <w:rPr/>
      </w:pPr>
      <w:r w:rsidDel="00000000" w:rsidR="00000000" w:rsidRPr="00000000">
        <w:rPr>
          <w:rtl w:val="0"/>
        </w:rPr>
        <w:t xml:space="preserve">Signature</w:t>
        <w:tab/>
        <w:tab/>
        <w:t xml:space="preserve">Date</w:t>
      </w:r>
    </w:p>
    <w:p w:rsidR="00000000" w:rsidDel="00000000" w:rsidP="00000000" w:rsidRDefault="00000000" w:rsidRPr="00000000" w14:paraId="00000047">
      <w:pPr>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rFonts w:ascii="Nunito" w:cs="Nunito" w:eastAsia="Nunito" w:hAnsi="Nunito"/>
          <w:color w:val="000000"/>
        </w:rPr>
      </w:pPr>
      <w:bookmarkStart w:colFirst="0" w:colLast="0" w:name="_heading=h.jxfpakmxeb14" w:id="8"/>
      <w:bookmarkEnd w:id="8"/>
      <w:r w:rsidDel="00000000" w:rsidR="00000000" w:rsidRPr="00000000">
        <w:rPr>
          <w:rFonts w:ascii="Nunito" w:cs="Nunito" w:eastAsia="Nunito" w:hAnsi="Nunito"/>
          <w:color w:val="000000"/>
          <w:rtl w:val="0"/>
        </w:rPr>
        <w:t xml:space="preserve">Discussion Topics</w:t>
      </w:r>
    </w:p>
    <w:p w:rsidR="00000000" w:rsidDel="00000000" w:rsidP="00000000" w:rsidRDefault="00000000" w:rsidRPr="00000000" w14:paraId="00000049">
      <w:pPr>
        <w:rPr/>
      </w:pPr>
      <w:r w:rsidDel="00000000" w:rsidR="00000000" w:rsidRPr="00000000">
        <w:rPr>
          <w:rtl w:val="0"/>
        </w:rPr>
        <w:t xml:space="preserve">(Choose up to 4. Make sure everyone agrees and is prepared to discuss each one.)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Topic #1: ______________________________________</w:t>
      </w:r>
    </w:p>
    <w:p w:rsidR="00000000" w:rsidDel="00000000" w:rsidP="00000000" w:rsidRDefault="00000000" w:rsidRPr="00000000" w14:paraId="0000004C">
      <w:pPr>
        <w:rPr/>
      </w:pPr>
      <w:r w:rsidDel="00000000" w:rsidR="00000000" w:rsidRPr="00000000">
        <w:rPr>
          <w:rtl w:val="0"/>
        </w:rPr>
        <w:t xml:space="preserve">Topic #2: ______________________________________</w:t>
      </w:r>
    </w:p>
    <w:p w:rsidR="00000000" w:rsidDel="00000000" w:rsidP="00000000" w:rsidRDefault="00000000" w:rsidRPr="00000000" w14:paraId="0000004D">
      <w:pPr>
        <w:rPr/>
      </w:pPr>
      <w:r w:rsidDel="00000000" w:rsidR="00000000" w:rsidRPr="00000000">
        <w:rPr>
          <w:rtl w:val="0"/>
        </w:rPr>
        <w:t xml:space="preserve">Topic #3: ______________________________________</w:t>
      </w:r>
    </w:p>
    <w:p w:rsidR="00000000" w:rsidDel="00000000" w:rsidP="00000000" w:rsidRDefault="00000000" w:rsidRPr="00000000" w14:paraId="0000004E">
      <w:pPr>
        <w:rPr/>
      </w:pPr>
      <w:r w:rsidDel="00000000" w:rsidR="00000000" w:rsidRPr="00000000">
        <w:rPr>
          <w:rtl w:val="0"/>
        </w:rPr>
        <w:t xml:space="preserve">Topic #4: ______________________________________</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bookmarkStart w:colFirst="0" w:colLast="0" w:name="_heading=h.oo2rq64rxxoo" w:id="9"/>
      <w:bookmarkEnd w:id="9"/>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rPr/>
      </w:pPr>
      <w:bookmarkStart w:colFirst="0" w:colLast="0" w:name="_heading=h.ijjlyda897hb" w:id="10"/>
      <w:bookmarkEnd w:id="10"/>
      <w:r w:rsidDel="00000000" w:rsidR="00000000" w:rsidRPr="00000000">
        <w:rPr>
          <w:rtl w:val="0"/>
        </w:rPr>
        <w:t xml:space="preserve">Moderator Script Prep Page</w:t>
      </w:r>
    </w:p>
    <w:p w:rsidR="00000000" w:rsidDel="00000000" w:rsidP="00000000" w:rsidRDefault="00000000" w:rsidRPr="00000000" w14:paraId="00000052">
      <w:pPr>
        <w:rPr/>
      </w:pPr>
      <w:r w:rsidDel="00000000" w:rsidR="00000000" w:rsidRPr="00000000">
        <w:rPr>
          <w:rtl w:val="0"/>
        </w:rPr>
        <w:t xml:space="preserve">Answer each of the questions below to be prepared to have a discussion on the topics you’ve chosen for this podcast. Your answers will help you prepare to guide the discussion and keep everyone on topic during recording. Use these answers to complete the “</w:t>
      </w:r>
      <w:r w:rsidDel="00000000" w:rsidR="00000000" w:rsidRPr="00000000">
        <w:rPr>
          <w:rFonts w:ascii="Nunito" w:cs="Nunito" w:eastAsia="Nunito" w:hAnsi="Nunito"/>
          <w:b w:val="1"/>
          <w:rtl w:val="0"/>
        </w:rPr>
        <w:t xml:space="preserve">Mad Libs</w:t>
      </w:r>
      <w:r w:rsidDel="00000000" w:rsidR="00000000" w:rsidRPr="00000000">
        <w:rPr>
          <w:rtl w:val="0"/>
        </w:rPr>
        <w:t xml:space="preserve">” later so you have a clear script!</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Your Name: _______________________________________</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1. What is the name of your podcast?</w:t>
      </w:r>
    </w:p>
    <w:p w:rsidR="00000000" w:rsidDel="00000000" w:rsidP="00000000" w:rsidRDefault="00000000" w:rsidRPr="00000000" w14:paraId="00000056">
      <w:pPr>
        <w:rPr/>
      </w:pPr>
      <w:r w:rsidDel="00000000" w:rsidR="00000000" w:rsidRPr="00000000">
        <w:rPr>
          <w:rtl w:val="0"/>
        </w:rPr>
        <w:t xml:space="preserve">(Show Name)</w:t>
      </w:r>
    </w:p>
    <w:p w:rsidR="00000000" w:rsidDel="00000000" w:rsidP="00000000" w:rsidRDefault="00000000" w:rsidRPr="00000000" w14:paraId="0000005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2. What is the main topic of your podcast?</w:t>
      </w:r>
    </w:p>
    <w:p w:rsidR="00000000" w:rsidDel="00000000" w:rsidP="00000000" w:rsidRDefault="00000000" w:rsidRPr="00000000" w14:paraId="0000005A">
      <w:pPr>
        <w:rPr/>
      </w:pPr>
      <w:r w:rsidDel="00000000" w:rsidR="00000000" w:rsidRPr="00000000">
        <w:rPr>
          <w:rtl w:val="0"/>
        </w:rPr>
        <w:t xml:space="preserve">(Show Topic)</w:t>
      </w:r>
    </w:p>
    <w:p w:rsidR="00000000" w:rsidDel="00000000" w:rsidP="00000000" w:rsidRDefault="00000000" w:rsidRPr="00000000" w14:paraId="0000005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3. What is today’s episode mostly about?</w:t>
      </w:r>
    </w:p>
    <w:p w:rsidR="00000000" w:rsidDel="00000000" w:rsidP="00000000" w:rsidRDefault="00000000" w:rsidRPr="00000000" w14:paraId="0000005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br w:type="page"/>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4. What are the 4 subtopics your group will be discussing? These can be any aspect of your main topic, but all should relate to it in some way. </w:t>
      </w:r>
    </w:p>
    <w:p w:rsidR="00000000" w:rsidDel="00000000" w:rsidP="00000000" w:rsidRDefault="00000000" w:rsidRPr="00000000" w14:paraId="00000063">
      <w:pPr>
        <w:rPr>
          <w:rFonts w:ascii="Nunito" w:cs="Nunito" w:eastAsia="Nunito" w:hAnsi="Nunito"/>
          <w:b w:val="1"/>
        </w:rPr>
      </w:pPr>
      <w:r w:rsidDel="00000000" w:rsidR="00000000" w:rsidRPr="00000000">
        <w:rPr>
          <w:rFonts w:ascii="Nunito" w:cs="Nunito" w:eastAsia="Nunito" w:hAnsi="Nunito"/>
          <w:b w:val="1"/>
          <w:rtl w:val="0"/>
        </w:rPr>
        <w:t xml:space="preserve">Examples: If you’re talking about </w:t>
      </w:r>
      <w:r w:rsidDel="00000000" w:rsidR="00000000" w:rsidRPr="00000000">
        <w:rPr>
          <w:rFonts w:ascii="Nunito" w:cs="Nunito" w:eastAsia="Nunito" w:hAnsi="Nunito"/>
          <w:b w:val="1"/>
          <w:i w:val="1"/>
          <w:rtl w:val="0"/>
        </w:rPr>
        <w:t xml:space="preserve">The Minecraft Movie, </w:t>
      </w:r>
      <w:r w:rsidDel="00000000" w:rsidR="00000000" w:rsidRPr="00000000">
        <w:rPr>
          <w:rFonts w:ascii="Nunito" w:cs="Nunito" w:eastAsia="Nunito" w:hAnsi="Nunito"/>
          <w:b w:val="1"/>
          <w:rtl w:val="0"/>
        </w:rPr>
        <w:t xml:space="preserve">your topics could be: (1) Plot summary, (2) Special Effects, (3) How the movie compares to the game, (4) Final recommendations: should people see it? </w:t>
      </w:r>
    </w:p>
    <w:p w:rsidR="00000000" w:rsidDel="00000000" w:rsidP="00000000" w:rsidRDefault="00000000" w:rsidRPr="00000000" w14:paraId="00000064">
      <w:pPr>
        <w:rPr/>
      </w:pPr>
      <w:r w:rsidDel="00000000" w:rsidR="00000000" w:rsidRPr="00000000">
        <w:rPr>
          <w:rtl w:val="0"/>
        </w:rPr>
        <w:t xml:space="preserve">(Write them exactly as they appear on your group’s prep sheet.)</w:t>
      </w:r>
    </w:p>
    <w:p w:rsidR="00000000" w:rsidDel="00000000" w:rsidP="00000000" w:rsidRDefault="00000000" w:rsidRPr="00000000" w14:paraId="00000065">
      <w:pPr>
        <w:rPr/>
      </w:pPr>
      <w:r w:rsidDel="00000000" w:rsidR="00000000" w:rsidRPr="00000000">
        <w:rPr>
          <w:rtl w:val="0"/>
        </w:rPr>
        <w:t xml:space="preserve">1. ___________________________________________</w:t>
      </w:r>
    </w:p>
    <w:p w:rsidR="00000000" w:rsidDel="00000000" w:rsidP="00000000" w:rsidRDefault="00000000" w:rsidRPr="00000000" w14:paraId="00000066">
      <w:pPr>
        <w:rPr/>
      </w:pPr>
      <w:r w:rsidDel="00000000" w:rsidR="00000000" w:rsidRPr="00000000">
        <w:rPr>
          <w:rtl w:val="0"/>
        </w:rPr>
        <w:t xml:space="preserve">2. ___________________________________________</w:t>
      </w:r>
    </w:p>
    <w:p w:rsidR="00000000" w:rsidDel="00000000" w:rsidP="00000000" w:rsidRDefault="00000000" w:rsidRPr="00000000" w14:paraId="00000067">
      <w:pPr>
        <w:rPr/>
      </w:pPr>
      <w:r w:rsidDel="00000000" w:rsidR="00000000" w:rsidRPr="00000000">
        <w:rPr>
          <w:rtl w:val="0"/>
        </w:rPr>
        <w:t xml:space="preserve">3. ___________________________________________</w:t>
      </w:r>
    </w:p>
    <w:p w:rsidR="00000000" w:rsidDel="00000000" w:rsidP="00000000" w:rsidRDefault="00000000" w:rsidRPr="00000000" w14:paraId="00000068">
      <w:pPr>
        <w:rPr/>
      </w:pPr>
      <w:r w:rsidDel="00000000" w:rsidR="00000000" w:rsidRPr="00000000">
        <w:rPr>
          <w:rtl w:val="0"/>
        </w:rPr>
        <w:t xml:space="preserve">4. ___________________________________________</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6. What is a question you could ask to start a discussion on each topic? These are your </w:t>
      </w:r>
      <w:r w:rsidDel="00000000" w:rsidR="00000000" w:rsidRPr="00000000">
        <w:rPr>
          <w:rFonts w:ascii="Nunito" w:cs="Nunito" w:eastAsia="Nunito" w:hAnsi="Nunito"/>
          <w:b w:val="1"/>
          <w:rtl w:val="0"/>
        </w:rPr>
        <w:t xml:space="preserve">Kickoff Questions–</w:t>
      </w:r>
      <w:r w:rsidDel="00000000" w:rsidR="00000000" w:rsidRPr="00000000">
        <w:rPr>
          <w:rtl w:val="0"/>
        </w:rPr>
        <w:t xml:space="preserve">they’re called that because they’ll be used to “kick off” discussion on each topic. </w:t>
      </w:r>
    </w:p>
    <w:p w:rsidR="00000000" w:rsidDel="00000000" w:rsidP="00000000" w:rsidRDefault="00000000" w:rsidRPr="00000000" w14:paraId="0000006B">
      <w:pPr>
        <w:rPr/>
      </w:pPr>
      <w:r w:rsidDel="00000000" w:rsidR="00000000" w:rsidRPr="00000000">
        <w:rPr>
          <w:rtl w:val="0"/>
        </w:rPr>
        <w:t xml:space="preserve">(Think of open-ended questions—ones that can’t be answered with just yes or no.)</w:t>
      </w:r>
    </w:p>
    <w:p w:rsidR="00000000" w:rsidDel="00000000" w:rsidP="00000000" w:rsidRDefault="00000000" w:rsidRPr="00000000" w14:paraId="0000006C">
      <w:pPr>
        <w:rPr/>
      </w:pPr>
      <w:r w:rsidDel="00000000" w:rsidR="00000000" w:rsidRPr="00000000">
        <w:rPr>
          <w:rtl w:val="0"/>
        </w:rPr>
        <w:t xml:space="preserve">Topic 1: ___________________________________________</w:t>
      </w:r>
    </w:p>
    <w:p w:rsidR="00000000" w:rsidDel="00000000" w:rsidP="00000000" w:rsidRDefault="00000000" w:rsidRPr="00000000" w14:paraId="0000006D">
      <w:pPr>
        <w:rPr/>
      </w:pPr>
      <w:r w:rsidDel="00000000" w:rsidR="00000000" w:rsidRPr="00000000">
        <w:rPr>
          <w:rtl w:val="0"/>
        </w:rPr>
        <w:t xml:space="preserve">Topic 2: ___________________________________________</w:t>
      </w:r>
    </w:p>
    <w:p w:rsidR="00000000" w:rsidDel="00000000" w:rsidP="00000000" w:rsidRDefault="00000000" w:rsidRPr="00000000" w14:paraId="0000006E">
      <w:pPr>
        <w:rPr/>
      </w:pPr>
      <w:r w:rsidDel="00000000" w:rsidR="00000000" w:rsidRPr="00000000">
        <w:rPr>
          <w:rtl w:val="0"/>
        </w:rPr>
        <w:t xml:space="preserve">Topic 3: ___________________________________________</w:t>
      </w:r>
    </w:p>
    <w:p w:rsidR="00000000" w:rsidDel="00000000" w:rsidP="00000000" w:rsidRDefault="00000000" w:rsidRPr="00000000" w14:paraId="0000006F">
      <w:pPr>
        <w:rPr/>
      </w:pPr>
      <w:r w:rsidDel="00000000" w:rsidR="00000000" w:rsidRPr="00000000">
        <w:rPr>
          <w:rtl w:val="0"/>
        </w:rPr>
        <w:t xml:space="preserve">Topic 4: ___________________________________________</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7. Who do you think should go first on each topic? (You can choose yourself!)</w:t>
      </w:r>
    </w:p>
    <w:p w:rsidR="00000000" w:rsidDel="00000000" w:rsidP="00000000" w:rsidRDefault="00000000" w:rsidRPr="00000000" w14:paraId="00000072">
      <w:pPr>
        <w:rPr/>
      </w:pPr>
      <w:r w:rsidDel="00000000" w:rsidR="00000000" w:rsidRPr="00000000">
        <w:rPr>
          <w:rtl w:val="0"/>
        </w:rPr>
        <w:t xml:space="preserve">Topic 1: __________   Topic 2: __________</w:t>
      </w:r>
    </w:p>
    <w:p w:rsidR="00000000" w:rsidDel="00000000" w:rsidP="00000000" w:rsidRDefault="00000000" w:rsidRPr="00000000" w14:paraId="00000073">
      <w:pPr>
        <w:rPr/>
      </w:pPr>
      <w:r w:rsidDel="00000000" w:rsidR="00000000" w:rsidRPr="00000000">
        <w:rPr>
          <w:rtl w:val="0"/>
        </w:rPr>
        <w:t xml:space="preserve">Topic 3: __________   Topic 4: __________</w:t>
      </w:r>
    </w:p>
    <w:p w:rsidR="00000000" w:rsidDel="00000000" w:rsidP="00000000" w:rsidRDefault="00000000" w:rsidRPr="00000000" w14:paraId="00000074">
      <w:pPr>
        <w:pStyle w:val="Heading2"/>
        <w:rPr/>
      </w:pPr>
      <w:bookmarkStart w:colFirst="0" w:colLast="0" w:name="_heading=h.gtcz54ih33m4" w:id="11"/>
      <w:bookmarkEnd w:id="11"/>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2"/>
        <w:rPr/>
      </w:pPr>
      <w:bookmarkStart w:colFirst="0" w:colLast="0" w:name="_heading=h.loomnj94tmqw" w:id="12"/>
      <w:bookmarkEnd w:id="12"/>
      <w:r w:rsidDel="00000000" w:rsidR="00000000" w:rsidRPr="00000000">
        <w:rPr>
          <w:rtl w:val="0"/>
        </w:rPr>
        <w:t xml:space="preserve">Non-moderators Script Prep</w:t>
      </w:r>
    </w:p>
    <w:p w:rsidR="00000000" w:rsidDel="00000000" w:rsidP="00000000" w:rsidRDefault="00000000" w:rsidRPr="00000000" w14:paraId="00000076">
      <w:pPr>
        <w:rPr/>
      </w:pPr>
      <w:r w:rsidDel="00000000" w:rsidR="00000000" w:rsidRPr="00000000">
        <w:rPr>
          <w:rtl w:val="0"/>
        </w:rPr>
        <w:t xml:space="preserve">If you’re not the moderator of your group, that doesn’t mean you can take this off! You need to be an </w:t>
      </w:r>
      <w:r w:rsidDel="00000000" w:rsidR="00000000" w:rsidRPr="00000000">
        <w:rPr>
          <w:rFonts w:ascii="Nunito" w:cs="Nunito" w:eastAsia="Nunito" w:hAnsi="Nunito"/>
          <w:b w:val="1"/>
          <w:rtl w:val="0"/>
        </w:rPr>
        <w:t xml:space="preserve">expert</w:t>
      </w:r>
      <w:r w:rsidDel="00000000" w:rsidR="00000000" w:rsidRPr="00000000">
        <w:rPr>
          <w:rtl w:val="0"/>
        </w:rPr>
        <w:t xml:space="preserve"> on all the topics you’re covering on your show, so you need to be prepared. H</w:t>
      </w:r>
      <w:r w:rsidDel="00000000" w:rsidR="00000000" w:rsidRPr="00000000">
        <w:rPr>
          <w:rtl w:val="0"/>
        </w:rPr>
        <w:t xml:space="preserve">ere is where you prepare what you’re going to say when it’s your turn to speak and put down all your research. Make sure you think of at least three key points for each topic. Here are some things you might want to consider: </w:t>
      </w:r>
    </w:p>
    <w:p w:rsidR="00000000" w:rsidDel="00000000" w:rsidP="00000000" w:rsidRDefault="00000000" w:rsidRPr="00000000" w14:paraId="00000077">
      <w:pPr>
        <w:numPr>
          <w:ilvl w:val="0"/>
          <w:numId w:val="5"/>
        </w:numPr>
        <w:spacing w:after="0" w:afterAutospacing="0"/>
        <w:ind w:left="720" w:hanging="360"/>
        <w:rPr>
          <w:u w:val="none"/>
        </w:rPr>
      </w:pPr>
      <w:r w:rsidDel="00000000" w:rsidR="00000000" w:rsidRPr="00000000">
        <w:rPr>
          <w:rtl w:val="0"/>
        </w:rPr>
        <w:t xml:space="preserve">What have you learned from </w:t>
      </w:r>
      <w:r w:rsidDel="00000000" w:rsidR="00000000" w:rsidRPr="00000000">
        <w:rPr>
          <w:b w:val="1"/>
          <w:rtl w:val="0"/>
        </w:rPr>
        <w:t xml:space="preserve">researching</w:t>
      </w:r>
      <w:r w:rsidDel="00000000" w:rsidR="00000000" w:rsidRPr="00000000">
        <w:rPr>
          <w:rtl w:val="0"/>
        </w:rPr>
        <w:t xml:space="preserve"> the topic? Is there anything interesting you want to share? </w:t>
      </w:r>
    </w:p>
    <w:p w:rsidR="00000000" w:rsidDel="00000000" w:rsidP="00000000" w:rsidRDefault="00000000" w:rsidRPr="00000000" w14:paraId="00000078">
      <w:pPr>
        <w:numPr>
          <w:ilvl w:val="0"/>
          <w:numId w:val="5"/>
        </w:numPr>
        <w:spacing w:after="0" w:afterAutospacing="0"/>
        <w:ind w:left="720" w:hanging="360"/>
        <w:rPr>
          <w:u w:val="none"/>
        </w:rPr>
      </w:pPr>
      <w:r w:rsidDel="00000000" w:rsidR="00000000" w:rsidRPr="00000000">
        <w:rPr>
          <w:rtl w:val="0"/>
        </w:rPr>
        <w:t xml:space="preserve">What is your </w:t>
      </w:r>
      <w:r w:rsidDel="00000000" w:rsidR="00000000" w:rsidRPr="00000000">
        <w:rPr>
          <w:b w:val="1"/>
          <w:rtl w:val="0"/>
        </w:rPr>
        <w:t xml:space="preserve">opinion</w:t>
      </w:r>
      <w:r w:rsidDel="00000000" w:rsidR="00000000" w:rsidRPr="00000000">
        <w:rPr>
          <w:rtl w:val="0"/>
        </w:rPr>
        <w:t xml:space="preserve"> about what you’ve learned? Do you have any positive or negative points to share? </w:t>
      </w:r>
    </w:p>
    <w:p w:rsidR="00000000" w:rsidDel="00000000" w:rsidP="00000000" w:rsidRDefault="00000000" w:rsidRPr="00000000" w14:paraId="00000079">
      <w:pPr>
        <w:numPr>
          <w:ilvl w:val="0"/>
          <w:numId w:val="5"/>
        </w:numPr>
        <w:ind w:left="720" w:hanging="360"/>
        <w:rPr>
          <w:u w:val="none"/>
        </w:rPr>
      </w:pPr>
      <w:r w:rsidDel="00000000" w:rsidR="00000000" w:rsidRPr="00000000">
        <w:rPr>
          <w:rtl w:val="0"/>
        </w:rPr>
        <w:t xml:space="preserve">Think about what might be most interesting to your </w:t>
      </w:r>
      <w:r w:rsidDel="00000000" w:rsidR="00000000" w:rsidRPr="00000000">
        <w:rPr>
          <w:b w:val="1"/>
          <w:rtl w:val="0"/>
        </w:rPr>
        <w:t xml:space="preserve">audience</w:t>
      </w:r>
      <w:r w:rsidDel="00000000" w:rsidR="00000000" w:rsidRPr="00000000">
        <w:rPr>
          <w:rtl w:val="0"/>
        </w:rPr>
        <w:t xml:space="preserve"> about this topic. Make sure you’re sharing content with them in mind! </w:t>
      </w:r>
    </w:p>
    <w:p w:rsidR="00000000" w:rsidDel="00000000" w:rsidP="00000000" w:rsidRDefault="00000000" w:rsidRPr="00000000" w14:paraId="0000007A">
      <w:pPr>
        <w:rPr/>
      </w:pPr>
      <w:r w:rsidDel="00000000" w:rsidR="00000000" w:rsidRPr="00000000">
        <w:rPr>
          <w:rtl w:val="0"/>
        </w:rPr>
        <w:t xml:space="preserve">You should also know in advance the questions the moderator will ask you to get the conversation going! </w:t>
      </w:r>
    </w:p>
    <w:p w:rsidR="00000000" w:rsidDel="00000000" w:rsidP="00000000" w:rsidRDefault="00000000" w:rsidRPr="00000000" w14:paraId="0000007B">
      <w:pPr>
        <w:rPr/>
      </w:pPr>
      <w:r w:rsidDel="00000000" w:rsidR="00000000" w:rsidRPr="00000000">
        <w:rPr>
          <w:rtl w:val="0"/>
        </w:rPr>
        <w:t xml:space="preserve">Everyone in the group should fill these out! </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Your Name: ______________________________________</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Topic 1: _________________________________________</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What do you think about this topic?</w:t>
      </w:r>
    </w:p>
    <w:p w:rsidR="00000000" w:rsidDel="00000000" w:rsidP="00000000" w:rsidRDefault="00000000" w:rsidRPr="00000000" w14:paraId="00000081">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2">
      <w:pPr>
        <w:rPr/>
      </w:pPr>
      <w:r w:rsidDel="00000000" w:rsidR="00000000" w:rsidRPr="00000000">
        <w:br w:type="page"/>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What examples, facts, or experiences can you share?</w:t>
      </w:r>
    </w:p>
    <w:p w:rsidR="00000000" w:rsidDel="00000000" w:rsidP="00000000" w:rsidRDefault="00000000" w:rsidRPr="00000000" w14:paraId="00000084">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5">
      <w:pPr>
        <w:rPr/>
      </w:pPr>
      <w:r w:rsidDel="00000000" w:rsidR="00000000" w:rsidRPr="00000000">
        <w:rPr>
          <w:rtl w:val="0"/>
        </w:rPr>
        <w:t xml:space="preserve">What is something you’re wondering about or want to ask others?</w:t>
      </w:r>
    </w:p>
    <w:p w:rsidR="00000000" w:rsidDel="00000000" w:rsidP="00000000" w:rsidRDefault="00000000" w:rsidRPr="00000000" w14:paraId="00000086">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br w:type="page"/>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Topic 2: _________________________________________</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What do you think about this topic?</w:t>
      </w:r>
    </w:p>
    <w:p w:rsidR="00000000" w:rsidDel="00000000" w:rsidP="00000000" w:rsidRDefault="00000000" w:rsidRPr="00000000" w14:paraId="0000008C">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D">
      <w:pPr>
        <w:rPr/>
      </w:pPr>
      <w:r w:rsidDel="00000000" w:rsidR="00000000" w:rsidRPr="00000000">
        <w:br w:type="page"/>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What examples, facts, or experiences can you share?</w:t>
      </w:r>
    </w:p>
    <w:p w:rsidR="00000000" w:rsidDel="00000000" w:rsidP="00000000" w:rsidRDefault="00000000" w:rsidRPr="00000000" w14:paraId="0000008F">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0">
      <w:pPr>
        <w:rPr/>
      </w:pPr>
      <w:r w:rsidDel="00000000" w:rsidR="00000000" w:rsidRPr="00000000">
        <w:rPr>
          <w:rtl w:val="0"/>
        </w:rPr>
        <w:t xml:space="preserve">What is something you’re wondering about or want to ask others?</w:t>
      </w:r>
    </w:p>
    <w:p w:rsidR="00000000" w:rsidDel="00000000" w:rsidP="00000000" w:rsidRDefault="00000000" w:rsidRPr="00000000" w14:paraId="00000091">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br w:type="page"/>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Topic 3: _________________________________________</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What do you think about this topic?</w:t>
      </w:r>
    </w:p>
    <w:p w:rsidR="00000000" w:rsidDel="00000000" w:rsidP="00000000" w:rsidRDefault="00000000" w:rsidRPr="00000000" w14:paraId="00000098">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9">
      <w:pPr>
        <w:rPr/>
      </w:pPr>
      <w:r w:rsidDel="00000000" w:rsidR="00000000" w:rsidRPr="00000000">
        <w:br w:type="page"/>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What examples, facts, or experiences can you share?</w:t>
      </w:r>
    </w:p>
    <w:p w:rsidR="00000000" w:rsidDel="00000000" w:rsidP="00000000" w:rsidRDefault="00000000" w:rsidRPr="00000000" w14:paraId="0000009B">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C">
      <w:pPr>
        <w:rPr/>
      </w:pPr>
      <w:r w:rsidDel="00000000" w:rsidR="00000000" w:rsidRPr="00000000">
        <w:rPr>
          <w:rtl w:val="0"/>
        </w:rPr>
        <w:t xml:space="preserve">What is something you’re wondering about or want to ask others?</w:t>
      </w:r>
    </w:p>
    <w:p w:rsidR="00000000" w:rsidDel="00000000" w:rsidP="00000000" w:rsidRDefault="00000000" w:rsidRPr="00000000" w14:paraId="0000009D">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br w:type="page"/>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Topic 4: _________________________________________</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What do you think about this topic?</w:t>
      </w:r>
    </w:p>
    <w:p w:rsidR="00000000" w:rsidDel="00000000" w:rsidP="00000000" w:rsidRDefault="00000000" w:rsidRPr="00000000" w14:paraId="000000A4">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5">
      <w:pPr>
        <w:rPr/>
      </w:pPr>
      <w:r w:rsidDel="00000000" w:rsidR="00000000" w:rsidRPr="00000000">
        <w:br w:type="page"/>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What examples, facts, or experiences can you share?</w:t>
      </w:r>
    </w:p>
    <w:p w:rsidR="00000000" w:rsidDel="00000000" w:rsidP="00000000" w:rsidRDefault="00000000" w:rsidRPr="00000000" w14:paraId="000000A7">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8">
      <w:pPr>
        <w:rPr/>
      </w:pPr>
      <w:r w:rsidDel="00000000" w:rsidR="00000000" w:rsidRPr="00000000">
        <w:rPr>
          <w:rtl w:val="0"/>
        </w:rPr>
        <w:t xml:space="preserve">What is something you’re wondering about or want to ask others?</w:t>
      </w:r>
    </w:p>
    <w:p w:rsidR="00000000" w:rsidDel="00000000" w:rsidP="00000000" w:rsidRDefault="00000000" w:rsidRPr="00000000" w14:paraId="000000A9">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rPr/>
      </w:pPr>
      <w:bookmarkStart w:colFirst="0" w:colLast="0" w:name="_heading=h.xcfxqh86wbet" w:id="13"/>
      <w:bookmarkEnd w:id="13"/>
      <w:r w:rsidDel="00000000" w:rsidR="00000000" w:rsidRPr="00000000">
        <w:rPr>
          <w:rtl w:val="0"/>
        </w:rPr>
        <w:t xml:space="preserve">Part 3: Script Template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Use the information from your team’s prep to fill in this script.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INTRO</w:t>
      </w:r>
    </w:p>
    <w:p w:rsidR="00000000" w:rsidDel="00000000" w:rsidP="00000000" w:rsidRDefault="00000000" w:rsidRPr="00000000" w14:paraId="000000B3">
      <w:pPr>
        <w:rPr/>
      </w:pPr>
      <w:r w:rsidDel="00000000" w:rsidR="00000000" w:rsidRPr="00000000">
        <w:rPr>
          <w:rtl w:val="0"/>
        </w:rPr>
        <w:t xml:space="preserve">MODERATOR: Hello, and welcome to ____________________[Show Name], the show where we discuss ____________________. Today, we’re talking about ____________________, and I have some great guests with me!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[Introduce each guest with their name and one fun fact. Let each person say “Hello.”]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MODERATOR: Welcome everybody. We’re going to talk about four topics: ____________________, ____________________, ____________________, and ____________________. Let’s get started!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TOPIC 1</w:t>
      </w:r>
    </w:p>
    <w:p w:rsidR="00000000" w:rsidDel="00000000" w:rsidP="00000000" w:rsidRDefault="00000000" w:rsidRPr="00000000" w14:paraId="000000BA">
      <w:pPr>
        <w:rPr/>
      </w:pPr>
      <w:r w:rsidDel="00000000" w:rsidR="00000000" w:rsidRPr="00000000">
        <w:rPr>
          <w:rtl w:val="0"/>
        </w:rPr>
        <w:t xml:space="preserve">MODERATOR: First up is ____________________. Let’s hear from ____________________.</w:t>
      </w:r>
    </w:p>
    <w:p w:rsidR="00000000" w:rsidDel="00000000" w:rsidP="00000000" w:rsidRDefault="00000000" w:rsidRPr="00000000" w14:paraId="000000BB">
      <w:pPr>
        <w:rPr/>
      </w:pPr>
      <w:r w:rsidDel="00000000" w:rsidR="00000000" w:rsidRPr="00000000">
        <w:rPr>
          <w:rtl w:val="0"/>
        </w:rPr>
        <w:t xml:space="preserve">Kickoff question: _______________________________________</w:t>
      </w:r>
    </w:p>
    <w:p w:rsidR="00000000" w:rsidDel="00000000" w:rsidP="00000000" w:rsidRDefault="00000000" w:rsidRPr="00000000" w14:paraId="000000BC">
      <w:pPr>
        <w:rPr>
          <w:i w:val="1"/>
        </w:rPr>
      </w:pPr>
      <w:r w:rsidDel="00000000" w:rsidR="00000000" w:rsidRPr="00000000">
        <w:rPr>
          <w:rtl w:val="0"/>
        </w:rPr>
      </w:r>
    </w:p>
    <w:p w:rsidR="00000000" w:rsidDel="00000000" w:rsidP="00000000" w:rsidRDefault="00000000" w:rsidRPr="00000000" w14:paraId="000000BD">
      <w:pPr>
        <w:rPr>
          <w:rFonts w:ascii="Nunito" w:cs="Nunito" w:eastAsia="Nunito" w:hAnsi="Nunito"/>
          <w:b w:val="1"/>
        </w:rPr>
      </w:pPr>
      <w:r w:rsidDel="00000000" w:rsidR="00000000" w:rsidRPr="00000000">
        <w:rPr>
          <w:rFonts w:ascii="Nunito" w:cs="Nunito" w:eastAsia="Nunito" w:hAnsi="Nunito"/>
          <w:b w:val="1"/>
          <w:rtl w:val="0"/>
        </w:rPr>
        <w:t xml:space="preserve">Note: Make sure everyone in the group has a chance to speak! </w:t>
      </w:r>
    </w:p>
    <w:p w:rsidR="00000000" w:rsidDel="00000000" w:rsidP="00000000" w:rsidRDefault="00000000" w:rsidRPr="00000000" w14:paraId="000000BE">
      <w:pPr>
        <w:rPr>
          <w:rFonts w:ascii="Nunito" w:cs="Nunito" w:eastAsia="Nunito" w:hAnsi="Nunito"/>
          <w:b w:val="1"/>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TOPIC 2</w:t>
      </w:r>
    </w:p>
    <w:p w:rsidR="00000000" w:rsidDel="00000000" w:rsidP="00000000" w:rsidRDefault="00000000" w:rsidRPr="00000000" w14:paraId="000000C0">
      <w:pPr>
        <w:rPr/>
      </w:pPr>
      <w:r w:rsidDel="00000000" w:rsidR="00000000" w:rsidRPr="00000000">
        <w:rPr>
          <w:rtl w:val="0"/>
        </w:rPr>
        <w:t xml:space="preserve">MODERATOR: Next, we’ll talk about ____________________. Let’s hear from ____________________.</w:t>
      </w:r>
    </w:p>
    <w:p w:rsidR="00000000" w:rsidDel="00000000" w:rsidP="00000000" w:rsidRDefault="00000000" w:rsidRPr="00000000" w14:paraId="000000C1">
      <w:pPr>
        <w:rPr/>
      </w:pPr>
      <w:r w:rsidDel="00000000" w:rsidR="00000000" w:rsidRPr="00000000">
        <w:rPr>
          <w:rtl w:val="0"/>
        </w:rPr>
        <w:t xml:space="preserve">Kickoff question: _______________________________________</w:t>
      </w:r>
    </w:p>
    <w:p w:rsidR="00000000" w:rsidDel="00000000" w:rsidP="00000000" w:rsidRDefault="00000000" w:rsidRPr="00000000" w14:paraId="000000C2">
      <w:pPr>
        <w:rPr>
          <w:rFonts w:ascii="Nunito" w:cs="Nunito" w:eastAsia="Nunito" w:hAnsi="Nunito"/>
          <w:b w:val="1"/>
        </w:rPr>
      </w:pPr>
      <w:r w:rsidDel="00000000" w:rsidR="00000000" w:rsidRPr="00000000">
        <w:rPr>
          <w:rFonts w:ascii="Nunito" w:cs="Nunito" w:eastAsia="Nunito" w:hAnsi="Nunito"/>
          <w:b w:val="1"/>
          <w:rtl w:val="0"/>
        </w:rPr>
        <w:t xml:space="preserve">Note: Make sure everyone in the group has a chance to speak!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TOPIC 3</w:t>
      </w:r>
    </w:p>
    <w:p w:rsidR="00000000" w:rsidDel="00000000" w:rsidP="00000000" w:rsidRDefault="00000000" w:rsidRPr="00000000" w14:paraId="000000C5">
      <w:pPr>
        <w:rPr/>
      </w:pPr>
      <w:r w:rsidDel="00000000" w:rsidR="00000000" w:rsidRPr="00000000">
        <w:rPr>
          <w:rtl w:val="0"/>
        </w:rPr>
        <w:t xml:space="preserve">MODERATOR: Now let’s move to ____________________. Let’s hear from ____________________.</w:t>
      </w:r>
    </w:p>
    <w:p w:rsidR="00000000" w:rsidDel="00000000" w:rsidP="00000000" w:rsidRDefault="00000000" w:rsidRPr="00000000" w14:paraId="000000C6">
      <w:pPr>
        <w:rPr/>
      </w:pPr>
      <w:r w:rsidDel="00000000" w:rsidR="00000000" w:rsidRPr="00000000">
        <w:rPr>
          <w:rtl w:val="0"/>
        </w:rPr>
        <w:t xml:space="preserve">Kickoff question: _______________________________________</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rFonts w:ascii="Nunito" w:cs="Nunito" w:eastAsia="Nunito" w:hAnsi="Nunito"/>
          <w:b w:val="1"/>
        </w:rPr>
      </w:pPr>
      <w:r w:rsidDel="00000000" w:rsidR="00000000" w:rsidRPr="00000000">
        <w:rPr>
          <w:rFonts w:ascii="Nunito" w:cs="Nunito" w:eastAsia="Nunito" w:hAnsi="Nunito"/>
          <w:b w:val="1"/>
          <w:rtl w:val="0"/>
        </w:rPr>
        <w:t xml:space="preserve">Note: Make sure everyone in the group has a chance to speak!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TOPIC 4</w:t>
      </w:r>
    </w:p>
    <w:p w:rsidR="00000000" w:rsidDel="00000000" w:rsidP="00000000" w:rsidRDefault="00000000" w:rsidRPr="00000000" w14:paraId="000000CB">
      <w:pPr>
        <w:rPr/>
      </w:pPr>
      <w:r w:rsidDel="00000000" w:rsidR="00000000" w:rsidRPr="00000000">
        <w:rPr>
          <w:rtl w:val="0"/>
        </w:rPr>
        <w:t xml:space="preserve">MODERATOR: Last topic for today: ____________________. Let’s hear from ____________________.</w:t>
      </w:r>
    </w:p>
    <w:p w:rsidR="00000000" w:rsidDel="00000000" w:rsidP="00000000" w:rsidRDefault="00000000" w:rsidRPr="00000000" w14:paraId="000000CC">
      <w:pPr>
        <w:rPr/>
      </w:pPr>
      <w:r w:rsidDel="00000000" w:rsidR="00000000" w:rsidRPr="00000000">
        <w:rPr>
          <w:rtl w:val="0"/>
        </w:rPr>
        <w:t xml:space="preserve">Kickoff question: _______________________________________</w:t>
      </w:r>
    </w:p>
    <w:p w:rsidR="00000000" w:rsidDel="00000000" w:rsidP="00000000" w:rsidRDefault="00000000" w:rsidRPr="00000000" w14:paraId="000000CD">
      <w:pPr>
        <w:rPr>
          <w:rFonts w:ascii="Nunito" w:cs="Nunito" w:eastAsia="Nunito" w:hAnsi="Nunito"/>
          <w:b w:val="1"/>
        </w:rPr>
      </w:pPr>
      <w:r w:rsidDel="00000000" w:rsidR="00000000" w:rsidRPr="00000000">
        <w:rPr>
          <w:rtl w:val="0"/>
        </w:rPr>
      </w:r>
    </w:p>
    <w:p w:rsidR="00000000" w:rsidDel="00000000" w:rsidP="00000000" w:rsidRDefault="00000000" w:rsidRPr="00000000" w14:paraId="000000CE">
      <w:pPr>
        <w:rPr>
          <w:rFonts w:ascii="Nunito" w:cs="Nunito" w:eastAsia="Nunito" w:hAnsi="Nunito"/>
          <w:b w:val="1"/>
        </w:rPr>
      </w:pPr>
      <w:r w:rsidDel="00000000" w:rsidR="00000000" w:rsidRPr="00000000">
        <w:rPr>
          <w:rFonts w:ascii="Nunito" w:cs="Nunito" w:eastAsia="Nunito" w:hAnsi="Nunito"/>
          <w:b w:val="1"/>
          <w:rtl w:val="0"/>
        </w:rPr>
        <w:t xml:space="preserve">Note: Make sure everyone in the group has a chance to speak!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CONCLUSION</w:t>
      </w:r>
    </w:p>
    <w:p w:rsidR="00000000" w:rsidDel="00000000" w:rsidP="00000000" w:rsidRDefault="00000000" w:rsidRPr="00000000" w14:paraId="000000D1">
      <w:pPr>
        <w:rPr/>
      </w:pPr>
      <w:r w:rsidDel="00000000" w:rsidR="00000000" w:rsidRPr="00000000">
        <w:rPr>
          <w:rtl w:val="0"/>
        </w:rPr>
        <w:t xml:space="preserve">MODERATOR: That’s our show for today! Thanks to my guests: ____________________, ____________________, ____________________, and ____________________.</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Credits:</w:t>
      </w:r>
    </w:p>
    <w:p w:rsidR="00000000" w:rsidDel="00000000" w:rsidP="00000000" w:rsidRDefault="00000000" w:rsidRPr="00000000" w14:paraId="000000D4">
      <w:pPr>
        <w:rPr/>
      </w:pPr>
      <w:r w:rsidDel="00000000" w:rsidR="00000000" w:rsidRPr="00000000">
        <w:rPr>
          <w:rtl w:val="0"/>
        </w:rPr>
        <w:t xml:space="preserve">- Written by (Moderator): ____________________</w:t>
      </w:r>
    </w:p>
    <w:p w:rsidR="00000000" w:rsidDel="00000000" w:rsidP="00000000" w:rsidRDefault="00000000" w:rsidRPr="00000000" w14:paraId="000000D5">
      <w:pPr>
        <w:rPr/>
      </w:pPr>
      <w:r w:rsidDel="00000000" w:rsidR="00000000" w:rsidRPr="00000000">
        <w:rPr>
          <w:rtl w:val="0"/>
        </w:rPr>
        <w:t xml:space="preserve">- Edited by (Editor): ____________________</w:t>
      </w:r>
    </w:p>
    <w:p w:rsidR="00000000" w:rsidDel="00000000" w:rsidP="00000000" w:rsidRDefault="00000000" w:rsidRPr="00000000" w14:paraId="000000D6">
      <w:pPr>
        <w:rPr/>
      </w:pPr>
      <w:r w:rsidDel="00000000" w:rsidR="00000000" w:rsidRPr="00000000">
        <w:rPr>
          <w:rtl w:val="0"/>
        </w:rPr>
        <w:t xml:space="preserve">- Audio by (Engineer): ____________________</w:t>
      </w:r>
    </w:p>
    <w:p w:rsidR="00000000" w:rsidDel="00000000" w:rsidP="00000000" w:rsidRDefault="00000000" w:rsidRPr="00000000" w14:paraId="000000D7">
      <w:pPr>
        <w:rPr/>
      </w:pPr>
      <w:r w:rsidDel="00000000" w:rsidR="00000000" w:rsidRPr="00000000">
        <w:rPr>
          <w:rtl w:val="0"/>
        </w:rPr>
        <w:t xml:space="preserve">- Special Thanks to: ____________________</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This has been ____________________, the show where we talk about ____________________. Thanks for listening!</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pPr>
      <w:bookmarkStart w:colFirst="0" w:colLast="0" w:name="_heading=h.5i0cwvd5i2su" w:id="14"/>
      <w:bookmarkEnd w:id="14"/>
      <w:r w:rsidDel="00000000" w:rsidR="00000000" w:rsidRPr="00000000">
        <w:rPr>
          <w:rtl w:val="0"/>
        </w:rPr>
        <w:t xml:space="preserve">Part 4: Recording</w:t>
      </w:r>
    </w:p>
    <w:p w:rsidR="00000000" w:rsidDel="00000000" w:rsidP="00000000" w:rsidRDefault="00000000" w:rsidRPr="00000000" w14:paraId="000000DE">
      <w:pPr>
        <w:spacing w:after="240" w:before="240" w:lineRule="auto"/>
        <w:rPr/>
      </w:pPr>
      <w:r w:rsidDel="00000000" w:rsidR="00000000" w:rsidRPr="00000000">
        <w:rPr>
          <w:rtl w:val="0"/>
        </w:rPr>
        <w:t xml:space="preserve">The </w:t>
      </w:r>
      <w:r w:rsidDel="00000000" w:rsidR="00000000" w:rsidRPr="00000000">
        <w:rPr>
          <w:rFonts w:ascii="Nunito" w:cs="Nunito" w:eastAsia="Nunito" w:hAnsi="Nunito"/>
          <w:b w:val="1"/>
          <w:rtl w:val="0"/>
        </w:rPr>
        <w:t xml:space="preserve">Engineer’s </w:t>
      </w:r>
      <w:r w:rsidDel="00000000" w:rsidR="00000000" w:rsidRPr="00000000">
        <w:rPr>
          <w:rtl w:val="0"/>
        </w:rPr>
        <w:t xml:space="preserve">job is to ensure that there’s a great recording of your conversation. Follow these guidelines to make sure your recording comes out sounding as good as it can! </w:t>
      </w:r>
    </w:p>
    <w:p w:rsidR="00000000" w:rsidDel="00000000" w:rsidP="00000000" w:rsidRDefault="00000000" w:rsidRPr="00000000" w14:paraId="000000DF">
      <w:pPr>
        <w:keepNext w:val="0"/>
        <w:keepLines w:val="0"/>
        <w:widowControl w:val="0"/>
        <w:spacing w:after="240" w:before="240" w:line="240" w:lineRule="auto"/>
        <w:rPr>
          <w:i w:val="1"/>
        </w:rPr>
      </w:pPr>
      <w:r w:rsidDel="00000000" w:rsidR="00000000" w:rsidRPr="00000000">
        <w:rPr>
          <w:i w:val="1"/>
          <w:rtl w:val="0"/>
        </w:rPr>
        <w:t xml:space="preserve">1) Even Spacing Around the Mic</w:t>
      </w:r>
    </w:p>
    <w:p w:rsidR="00000000" w:rsidDel="00000000" w:rsidP="00000000" w:rsidRDefault="00000000" w:rsidRPr="00000000" w14:paraId="000000E0">
      <w:pPr>
        <w:spacing w:after="240" w:before="240" w:lineRule="auto"/>
        <w:rPr/>
      </w:pPr>
      <w:r w:rsidDel="00000000" w:rsidR="00000000" w:rsidRPr="00000000">
        <w:rPr>
          <w:rtl w:val="0"/>
        </w:rPr>
        <w:t xml:space="preserve">Make sure everyone is the same distance from the microphone or recording device. Sit or stand in a circle or semi-circle so your voices are balanced.</w:t>
      </w:r>
    </w:p>
    <w:p w:rsidR="00000000" w:rsidDel="00000000" w:rsidP="00000000" w:rsidRDefault="00000000" w:rsidRPr="00000000" w14:paraId="000000E1">
      <w:pPr>
        <w:spacing w:after="240" w:before="240" w:lineRule="auto"/>
        <w:rPr>
          <w:i w:val="1"/>
        </w:rPr>
      </w:pPr>
      <w:r w:rsidDel="00000000" w:rsidR="00000000" w:rsidRPr="00000000">
        <w:rPr>
          <w:i w:val="1"/>
          <w:rtl w:val="0"/>
        </w:rPr>
        <w:t xml:space="preserve">2) Find a Quiet Space</w:t>
      </w:r>
    </w:p>
    <w:p w:rsidR="00000000" w:rsidDel="00000000" w:rsidP="00000000" w:rsidRDefault="00000000" w:rsidRPr="00000000" w14:paraId="000000E2">
      <w:pPr>
        <w:spacing w:after="240" w:before="240" w:lineRule="auto"/>
        <w:rPr/>
      </w:pPr>
      <w:r w:rsidDel="00000000" w:rsidR="00000000" w:rsidRPr="00000000">
        <w:rPr>
          <w:rtl w:val="0"/>
        </w:rPr>
        <w:t xml:space="preserve">Record in a quiet room to avoid background noise.</w:t>
        <w:br w:type="textWrapping"/>
        <w:t xml:space="preserve">If that's not possible, try getting creative:</w:t>
        <w:br w:type="textWrapping"/>
        <w:t xml:space="preserve">- Go under a desk</w:t>
        <w:br w:type="textWrapping"/>
        <w:t xml:space="preserve">- Build a blanket fort</w:t>
        <w:br w:type="textWrapping"/>
        <w:t xml:space="preserve">- Use cushions or boxes to block out sound</w:t>
        <w:br w:type="textWrapping"/>
        <w:t xml:space="preserve">The goal is to make sure each voice can be heard clearly and separately!</w:t>
      </w:r>
    </w:p>
    <w:p w:rsidR="00000000" w:rsidDel="00000000" w:rsidP="00000000" w:rsidRDefault="00000000" w:rsidRPr="00000000" w14:paraId="000000E3">
      <w:pPr>
        <w:spacing w:after="240" w:before="240" w:lineRule="auto"/>
        <w:rPr>
          <w:i w:val="1"/>
        </w:rPr>
      </w:pPr>
      <w:r w:rsidDel="00000000" w:rsidR="00000000" w:rsidRPr="00000000">
        <w:rPr>
          <w:i w:val="1"/>
          <w:rtl w:val="0"/>
        </w:rPr>
        <w:t xml:space="preserve">3) Test Before You Record!</w:t>
      </w:r>
    </w:p>
    <w:p w:rsidR="00000000" w:rsidDel="00000000" w:rsidP="00000000" w:rsidRDefault="00000000" w:rsidRPr="00000000" w14:paraId="000000E4">
      <w:pPr>
        <w:spacing w:after="240" w:before="240" w:lineRule="auto"/>
        <w:rPr/>
      </w:pPr>
      <w:r w:rsidDel="00000000" w:rsidR="00000000" w:rsidRPr="00000000">
        <w:rPr>
          <w:rtl w:val="0"/>
        </w:rPr>
        <w:t xml:space="preserve">Have each person say “Check check!” one at a time in order to test the equipment. Then, listen back to your test recording. Can you hear everyone clearly? Is anyone too loud or too quiet? If someone is too loud, they need to move further away from the microphone or recording device, or you need to turn their microphone down. If they’re too quiet, do the opposite. </w:t>
      </w:r>
    </w:p>
    <w:p w:rsidR="00000000" w:rsidDel="00000000" w:rsidP="00000000" w:rsidRDefault="00000000" w:rsidRPr="00000000" w14:paraId="000000E5">
      <w:pPr>
        <w:spacing w:after="240" w:before="240" w:lineRule="auto"/>
        <w:rPr/>
      </w:pPr>
      <w:r w:rsidDel="00000000" w:rsidR="00000000" w:rsidRPr="00000000">
        <w:rPr>
          <w:rtl w:val="0"/>
        </w:rPr>
        <w:t xml:space="preserve">If something isn’t working, as the Engineer your job is to keep working on it until it works! Repeat this step as many times as you need to in order to make sure everyone’s sounding good. </w:t>
      </w:r>
    </w:p>
    <w:p w:rsidR="00000000" w:rsidDel="00000000" w:rsidP="00000000" w:rsidRDefault="00000000" w:rsidRPr="00000000" w14:paraId="000000E6">
      <w:pPr>
        <w:rPr>
          <w:i w:val="1"/>
        </w:rPr>
      </w:pPr>
      <w:r w:rsidDel="00000000" w:rsidR="00000000" w:rsidRPr="00000000">
        <w:rPr>
          <w:i w:val="1"/>
          <w:rtl w:val="0"/>
        </w:rPr>
        <w:t xml:space="preserve">4) Start Recording! </w:t>
      </w:r>
    </w:p>
    <w:p w:rsidR="00000000" w:rsidDel="00000000" w:rsidP="00000000" w:rsidRDefault="00000000" w:rsidRPr="00000000" w14:paraId="000000E7">
      <w:pPr>
        <w:rPr/>
      </w:pPr>
      <w:r w:rsidDel="00000000" w:rsidR="00000000" w:rsidRPr="00000000">
        <w:rPr>
          <w:rtl w:val="0"/>
        </w:rPr>
        <w:t xml:space="preserve">Once you’ve done all this, you can get going! Make sure to hit record before you begin, and that the device is actually recording. Then go ahead! </w:t>
      </w:r>
    </w:p>
    <w:p w:rsidR="00000000" w:rsidDel="00000000" w:rsidP="00000000" w:rsidRDefault="00000000" w:rsidRPr="00000000" w14:paraId="000000E8">
      <w:pPr>
        <w:rPr>
          <w:i w:val="1"/>
        </w:rPr>
      </w:pPr>
      <w:r w:rsidDel="00000000" w:rsidR="00000000" w:rsidRPr="00000000">
        <w:rPr>
          <w:i w:val="1"/>
          <w:rtl w:val="0"/>
        </w:rPr>
        <w:t xml:space="preserve">5) Save Your Work</w:t>
      </w:r>
    </w:p>
    <w:p w:rsidR="00000000" w:rsidDel="00000000" w:rsidP="00000000" w:rsidRDefault="00000000" w:rsidRPr="00000000" w14:paraId="000000E9">
      <w:pPr>
        <w:rPr/>
      </w:pPr>
      <w:r w:rsidDel="00000000" w:rsidR="00000000" w:rsidRPr="00000000">
        <w:rPr>
          <w:rtl w:val="0"/>
        </w:rPr>
        <w:t xml:space="preserve">Once you’ve finished recording, make sure you save your work! Either download the files onto your computer or use the Save command (depending on what you’re using) and keep track of where the files end up. </w:t>
      </w:r>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1"/>
        <w:rPr>
          <w:rFonts w:ascii="Nunito Light" w:cs="Nunito Light" w:eastAsia="Nunito Light" w:hAnsi="Nunito Light"/>
          <w:color w:val="000000"/>
          <w:sz w:val="26"/>
          <w:szCs w:val="26"/>
        </w:rPr>
      </w:pPr>
      <w:bookmarkStart w:colFirst="0" w:colLast="0" w:name="_heading=h.es4ifk9ya7kc" w:id="15"/>
      <w:bookmarkEnd w:id="15"/>
      <w:r w:rsidDel="00000000" w:rsidR="00000000" w:rsidRPr="00000000">
        <w:rPr>
          <w:rtl w:val="0"/>
        </w:rPr>
        <w:t xml:space="preserve">Part 5: Editing &amp; Publishing</w:t>
      </w: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t xml:space="preserve">You finished recording your Roundtable Podcast—amazing work! Now it’s time to </w:t>
      </w:r>
      <w:r w:rsidDel="00000000" w:rsidR="00000000" w:rsidRPr="00000000">
        <w:rPr>
          <w:b w:val="1"/>
          <w:rtl w:val="0"/>
        </w:rPr>
        <w:t xml:space="preserve">get it ready to share</w:t>
      </w:r>
      <w:r w:rsidDel="00000000" w:rsidR="00000000" w:rsidRPr="00000000">
        <w:rPr>
          <w:rtl w:val="0"/>
        </w:rPr>
        <w:t xml:space="preserve">. Even if you can’t cut or trim the audio, you can still make it sound great by </w:t>
      </w:r>
      <w:r w:rsidDel="00000000" w:rsidR="00000000" w:rsidRPr="00000000">
        <w:rPr>
          <w:b w:val="1"/>
          <w:rtl w:val="0"/>
        </w:rPr>
        <w:t xml:space="preserve">reviewing it carefully and adding finishing touches</w:t>
      </w:r>
      <w:r w:rsidDel="00000000" w:rsidR="00000000" w:rsidRPr="00000000">
        <w:rPr>
          <w:rtl w:val="0"/>
        </w:rPr>
        <w:t xml:space="preserve">.</w:t>
      </w:r>
    </w:p>
    <w:p w:rsidR="00000000" w:rsidDel="00000000" w:rsidP="00000000" w:rsidRDefault="00000000" w:rsidRPr="00000000" w14:paraId="000000EC">
      <w:pPr>
        <w:pStyle w:val="Heading4"/>
        <w:keepNext w:val="0"/>
        <w:keepLines w:val="0"/>
        <w:spacing w:after="40" w:before="240" w:lineRule="auto"/>
        <w:rPr>
          <w:rFonts w:ascii="Nunito Light" w:cs="Nunito Light" w:eastAsia="Nunito Light" w:hAnsi="Nunito Light"/>
          <w:i w:val="0"/>
          <w:color w:val="000000"/>
        </w:rPr>
      </w:pPr>
      <w:bookmarkStart w:colFirst="0" w:colLast="0" w:name="_heading=h.gaabq4qw39rj" w:id="16"/>
      <w:bookmarkEnd w:id="16"/>
      <w:r w:rsidDel="00000000" w:rsidR="00000000" w:rsidRPr="00000000">
        <w:rPr>
          <w:rFonts w:ascii="Nunito Light" w:cs="Nunito Light" w:eastAsia="Nunito Light" w:hAnsi="Nunito Light"/>
          <w:i w:val="0"/>
          <w:color w:val="000000"/>
          <w:rtl w:val="0"/>
        </w:rPr>
        <w:t xml:space="preserve"> Listen to Your Podcast</w:t>
      </w:r>
    </w:p>
    <w:p w:rsidR="00000000" w:rsidDel="00000000" w:rsidP="00000000" w:rsidRDefault="00000000" w:rsidRPr="00000000" w14:paraId="000000ED">
      <w:pPr>
        <w:spacing w:after="240" w:before="240" w:lineRule="auto"/>
        <w:rPr/>
      </w:pPr>
      <w:r w:rsidDel="00000000" w:rsidR="00000000" w:rsidRPr="00000000">
        <w:rPr>
          <w:rtl w:val="0"/>
        </w:rPr>
        <w:t xml:space="preserve">Before you publish, listen to your full recording.</w:t>
        <w:br w:type="textWrapping"/>
        <w:t xml:space="preserve"> Ask yourself:</w:t>
      </w:r>
    </w:p>
    <w:p w:rsidR="00000000" w:rsidDel="00000000" w:rsidP="00000000" w:rsidRDefault="00000000" w:rsidRPr="00000000" w14:paraId="000000EE">
      <w:pPr>
        <w:numPr>
          <w:ilvl w:val="0"/>
          <w:numId w:val="6"/>
        </w:numPr>
        <w:spacing w:after="0" w:afterAutospacing="0" w:before="240" w:lineRule="auto"/>
        <w:ind w:left="720" w:hanging="360"/>
      </w:pPr>
      <w:r w:rsidDel="00000000" w:rsidR="00000000" w:rsidRPr="00000000">
        <w:rPr>
          <w:rtl w:val="0"/>
        </w:rPr>
        <w:t xml:space="preserve">Can you hear everyone clearly?</w:t>
      </w:r>
    </w:p>
    <w:p w:rsidR="00000000" w:rsidDel="00000000" w:rsidP="00000000" w:rsidRDefault="00000000" w:rsidRPr="00000000" w14:paraId="000000EF">
      <w:pPr>
        <w:numPr>
          <w:ilvl w:val="0"/>
          <w:numId w:val="6"/>
        </w:numPr>
        <w:spacing w:after="0" w:afterAutospacing="0" w:before="0" w:beforeAutospacing="0" w:lineRule="auto"/>
        <w:ind w:left="720" w:hanging="360"/>
      </w:pPr>
      <w:r w:rsidDel="00000000" w:rsidR="00000000" w:rsidRPr="00000000">
        <w:rPr>
          <w:rtl w:val="0"/>
        </w:rPr>
        <w:t xml:space="preserve">Did the conversation stay on topic?</w:t>
      </w:r>
    </w:p>
    <w:p w:rsidR="00000000" w:rsidDel="00000000" w:rsidP="00000000" w:rsidRDefault="00000000" w:rsidRPr="00000000" w14:paraId="000000F0">
      <w:pPr>
        <w:numPr>
          <w:ilvl w:val="0"/>
          <w:numId w:val="6"/>
        </w:numPr>
        <w:spacing w:after="240" w:before="0" w:beforeAutospacing="0" w:lineRule="auto"/>
        <w:ind w:left="720" w:hanging="360"/>
      </w:pPr>
      <w:r w:rsidDel="00000000" w:rsidR="00000000" w:rsidRPr="00000000">
        <w:rPr>
          <w:rtl w:val="0"/>
        </w:rPr>
        <w:t xml:space="preserve">Are there any loud sounds, long silences, or moments where someone talks too quietly?</w:t>
      </w:r>
    </w:p>
    <w:p w:rsidR="00000000" w:rsidDel="00000000" w:rsidP="00000000" w:rsidRDefault="00000000" w:rsidRPr="00000000" w14:paraId="000000F1">
      <w:pPr>
        <w:spacing w:after="240" w:before="240" w:lineRule="auto"/>
        <w:rPr/>
      </w:pPr>
      <w:r w:rsidDel="00000000" w:rsidR="00000000" w:rsidRPr="00000000">
        <w:rPr>
          <w:rtl w:val="0"/>
        </w:rPr>
        <w:t xml:space="preserve">If something didn’t go quite right, your group can always re-record. That’s totally okay!</w:t>
      </w:r>
    </w:p>
    <w:p w:rsidR="00000000" w:rsidDel="00000000" w:rsidP="00000000" w:rsidRDefault="00000000" w:rsidRPr="00000000" w14:paraId="000000F2">
      <w:pPr>
        <w:pStyle w:val="Heading4"/>
        <w:keepNext w:val="0"/>
        <w:keepLines w:val="0"/>
        <w:spacing w:after="40" w:before="240" w:lineRule="auto"/>
        <w:rPr>
          <w:rFonts w:ascii="Nunito Light" w:cs="Nunito Light" w:eastAsia="Nunito Light" w:hAnsi="Nunito Light"/>
          <w:i w:val="0"/>
          <w:color w:val="000000"/>
        </w:rPr>
      </w:pPr>
      <w:bookmarkStart w:colFirst="0" w:colLast="0" w:name="_heading=h.vtf5f22d2ixl" w:id="17"/>
      <w:bookmarkEnd w:id="17"/>
      <w:r w:rsidDel="00000000" w:rsidR="00000000" w:rsidRPr="00000000">
        <w:rPr>
          <w:rFonts w:ascii="Nunito Light" w:cs="Nunito Light" w:eastAsia="Nunito Light" w:hAnsi="Nunito Light"/>
          <w:i w:val="0"/>
          <w:color w:val="000000"/>
          <w:rtl w:val="0"/>
        </w:rPr>
        <w:t xml:space="preserve"> Add a Podcast Intro</w:t>
      </w:r>
    </w:p>
    <w:p w:rsidR="00000000" w:rsidDel="00000000" w:rsidP="00000000" w:rsidRDefault="00000000" w:rsidRPr="00000000" w14:paraId="000000F3">
      <w:pPr>
        <w:spacing w:after="240" w:before="240" w:lineRule="auto"/>
        <w:rPr/>
      </w:pPr>
      <w:r w:rsidDel="00000000" w:rsidR="00000000" w:rsidRPr="00000000">
        <w:rPr>
          <w:rtl w:val="0"/>
        </w:rPr>
        <w:t xml:space="preserve">Want to make your podcast sound extra professional? Record a short </w:t>
      </w:r>
      <w:r w:rsidDel="00000000" w:rsidR="00000000" w:rsidRPr="00000000">
        <w:rPr>
          <w:b w:val="1"/>
          <w:rtl w:val="0"/>
        </w:rPr>
        <w:t xml:space="preserve">intro clip</w:t>
      </w:r>
      <w:r w:rsidDel="00000000" w:rsidR="00000000" w:rsidRPr="00000000">
        <w:rPr>
          <w:rtl w:val="0"/>
        </w:rPr>
        <w:t xml:space="preserve">!</w:t>
        <w:br w:type="textWrapping"/>
        <w:t xml:space="preserve"> Your intro can include:</w:t>
      </w:r>
    </w:p>
    <w:p w:rsidR="00000000" w:rsidDel="00000000" w:rsidP="00000000" w:rsidRDefault="00000000" w:rsidRPr="00000000" w14:paraId="000000F4">
      <w:pPr>
        <w:numPr>
          <w:ilvl w:val="0"/>
          <w:numId w:val="2"/>
        </w:numPr>
        <w:spacing w:after="0" w:afterAutospacing="0" w:before="240" w:lineRule="auto"/>
        <w:ind w:left="720" w:hanging="360"/>
      </w:pPr>
      <w:r w:rsidDel="00000000" w:rsidR="00000000" w:rsidRPr="00000000">
        <w:rPr>
          <w:rtl w:val="0"/>
        </w:rPr>
        <w:t xml:space="preserve">The name of your podcast</w:t>
        <w:br w:type="textWrapping"/>
      </w:r>
    </w:p>
    <w:p w:rsidR="00000000" w:rsidDel="00000000" w:rsidP="00000000" w:rsidRDefault="00000000" w:rsidRPr="00000000" w14:paraId="000000F5">
      <w:pPr>
        <w:numPr>
          <w:ilvl w:val="0"/>
          <w:numId w:val="2"/>
        </w:numPr>
        <w:spacing w:after="0" w:afterAutospacing="0" w:before="0" w:beforeAutospacing="0" w:lineRule="auto"/>
        <w:ind w:left="720" w:hanging="360"/>
      </w:pPr>
      <w:r w:rsidDel="00000000" w:rsidR="00000000" w:rsidRPr="00000000">
        <w:rPr>
          <w:rtl w:val="0"/>
        </w:rPr>
        <w:t xml:space="preserve">The names of your hosts</w:t>
        <w:br w:type="textWrapping"/>
      </w:r>
    </w:p>
    <w:p w:rsidR="00000000" w:rsidDel="00000000" w:rsidP="00000000" w:rsidRDefault="00000000" w:rsidRPr="00000000" w14:paraId="000000F6">
      <w:pPr>
        <w:numPr>
          <w:ilvl w:val="0"/>
          <w:numId w:val="2"/>
        </w:numPr>
        <w:spacing w:after="240" w:before="0" w:beforeAutospacing="0" w:lineRule="auto"/>
        <w:ind w:left="720" w:hanging="360"/>
      </w:pPr>
      <w:r w:rsidDel="00000000" w:rsidR="00000000" w:rsidRPr="00000000">
        <w:rPr>
          <w:rtl w:val="0"/>
        </w:rPr>
        <w:t xml:space="preserve">A quick sentence about your topic</w:t>
        <w:br w:type="textWrapping"/>
        <w:t xml:space="preserve"> Example: </w:t>
      </w:r>
      <w:r w:rsidDel="00000000" w:rsidR="00000000" w:rsidRPr="00000000">
        <w:rPr>
          <w:i w:val="1"/>
          <w:rtl w:val="0"/>
        </w:rPr>
        <w:t xml:space="preserve">“Welcome to ‘Animal Talk’ with Lily, Max, and Jordan! Today we’re talking about animals that live in the rainforest.”</w:t>
        <w:br w:type="textWrapping"/>
      </w:r>
    </w:p>
    <w:p w:rsidR="00000000" w:rsidDel="00000000" w:rsidP="00000000" w:rsidRDefault="00000000" w:rsidRPr="00000000" w14:paraId="000000F7">
      <w:pPr>
        <w:spacing w:after="240" w:before="240" w:lineRule="auto"/>
        <w:rPr/>
      </w:pPr>
      <w:r w:rsidDel="00000000" w:rsidR="00000000" w:rsidRPr="00000000">
        <w:rPr>
          <w:rtl w:val="0"/>
        </w:rPr>
        <w:t xml:space="preserve">You can also record an </w:t>
      </w:r>
      <w:r w:rsidDel="00000000" w:rsidR="00000000" w:rsidRPr="00000000">
        <w:rPr>
          <w:b w:val="1"/>
          <w:rtl w:val="0"/>
        </w:rPr>
        <w:t xml:space="preserve">outro</w:t>
      </w:r>
      <w:r w:rsidDel="00000000" w:rsidR="00000000" w:rsidRPr="00000000">
        <w:rPr>
          <w:rtl w:val="0"/>
        </w:rPr>
        <w:t xml:space="preserve"> at the end to say thank you or share one last fun fact!</w:t>
      </w:r>
    </w:p>
    <w:p w:rsidR="00000000" w:rsidDel="00000000" w:rsidP="00000000" w:rsidRDefault="00000000" w:rsidRPr="00000000" w14:paraId="000000F8">
      <w:pPr>
        <w:pStyle w:val="Heading4"/>
        <w:keepNext w:val="0"/>
        <w:keepLines w:val="0"/>
        <w:spacing w:after="40" w:before="240" w:lineRule="auto"/>
        <w:rPr>
          <w:rFonts w:ascii="Nunito Light" w:cs="Nunito Light" w:eastAsia="Nunito Light" w:hAnsi="Nunito Light"/>
          <w:i w:val="0"/>
          <w:color w:val="000000"/>
        </w:rPr>
      </w:pPr>
      <w:bookmarkStart w:colFirst="0" w:colLast="0" w:name="_heading=h.czrkez9pzp7e" w:id="18"/>
      <w:bookmarkEnd w:id="18"/>
      <w:r w:rsidDel="00000000" w:rsidR="00000000" w:rsidRPr="00000000">
        <w:rPr>
          <w:rFonts w:ascii="Nunito Light" w:cs="Nunito Light" w:eastAsia="Nunito Light" w:hAnsi="Nunito Light"/>
          <w:i w:val="0"/>
          <w:color w:val="000000"/>
          <w:rtl w:val="0"/>
        </w:rPr>
        <w:t xml:space="preserve">Publish and Share</w:t>
      </w:r>
    </w:p>
    <w:p w:rsidR="00000000" w:rsidDel="00000000" w:rsidP="00000000" w:rsidRDefault="00000000" w:rsidRPr="00000000" w14:paraId="000000F9">
      <w:pPr>
        <w:spacing w:after="240" w:before="240" w:lineRule="auto"/>
        <w:rPr/>
      </w:pPr>
      <w:r w:rsidDel="00000000" w:rsidR="00000000" w:rsidRPr="00000000">
        <w:rPr>
          <w:rtl w:val="0"/>
        </w:rPr>
        <w:t xml:space="preserve">Once your podcast is ready, give it a great title and upload it using your class’s podcast tool. Don’t forget to write a short description so people know what it’s about!</w:t>
      </w:r>
    </w:p>
    <w:p w:rsidR="00000000" w:rsidDel="00000000" w:rsidP="00000000" w:rsidRDefault="00000000" w:rsidRPr="00000000" w14:paraId="000000FA">
      <w:pPr>
        <w:spacing w:after="240" w:before="240" w:lineRule="auto"/>
        <w:rPr/>
      </w:pPr>
      <w:r w:rsidDel="00000000" w:rsidR="00000000" w:rsidRPr="00000000">
        <w:rPr>
          <w:rtl w:val="0"/>
        </w:rPr>
        <w:t xml:space="preserve">Congratulations—your voice is out in the world! 🎉</w:t>
      </w: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1"/>
        <w:rPr/>
      </w:pPr>
      <w:bookmarkStart w:colFirst="0" w:colLast="0" w:name="_heading=h.obnznak70yx" w:id="19"/>
      <w:bookmarkEnd w:id="19"/>
      <w:r w:rsidDel="00000000" w:rsidR="00000000" w:rsidRPr="00000000">
        <w:rPr>
          <w:rtl w:val="0"/>
        </w:rPr>
        <w:t xml:space="preserve">Part 6: Reflection Questions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Name: __________________________________</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1. Did the recording session go as you expected? Why or why not?</w:t>
      </w:r>
    </w:p>
    <w:p w:rsidR="00000000" w:rsidDel="00000000" w:rsidP="00000000" w:rsidRDefault="00000000" w:rsidRPr="00000000" w14:paraId="00000100">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1">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2">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3">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2. What worked about your podcast? What didn’t work? </w:t>
      </w:r>
    </w:p>
    <w:p w:rsidR="00000000" w:rsidDel="00000000" w:rsidP="00000000" w:rsidRDefault="00000000" w:rsidRPr="00000000" w14:paraId="00000106">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7">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8">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9">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br w:type="page"/>
      </w: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3. Did you prepare enough? Was your group prepared?</w:t>
      </w:r>
    </w:p>
    <w:p w:rsidR="00000000" w:rsidDel="00000000" w:rsidP="00000000" w:rsidRDefault="00000000" w:rsidRPr="00000000" w14:paraId="0000010E">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0F">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0">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1">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4. If you could do anything differently next time, what would it be?</w:t>
      </w:r>
    </w:p>
    <w:p w:rsidR="00000000" w:rsidDel="00000000" w:rsidP="00000000" w:rsidRDefault="00000000" w:rsidRPr="00000000" w14:paraId="00000114">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5">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6">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7">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5. Did you learn anything new about the topic from doing this? Why or why not?</w:t>
      </w:r>
    </w:p>
    <w:p w:rsidR="00000000" w:rsidDel="00000000" w:rsidP="00000000" w:rsidRDefault="00000000" w:rsidRPr="00000000" w14:paraId="0000011A">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B">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C">
      <w:pPr>
        <w:spacing w:line="480" w:lineRule="auto"/>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1D">
      <w:pPr>
        <w:spacing w:line="480" w:lineRule="auto"/>
        <w:rPr/>
      </w:pPr>
      <w:r w:rsidDel="00000000" w:rsidR="00000000" w:rsidRPr="00000000">
        <w:rPr>
          <w:rtl w:val="0"/>
        </w:rPr>
        <w:t xml:space="preserve">______________________________________________________________________________</w:t>
      </w:r>
    </w:p>
    <w:sectPr>
      <w:headerReference r:id="rId10" w:type="default"/>
      <w:headerReference r:id="rId11" w:type="first"/>
      <w:footerReference r:id="rId12" w:type="default"/>
      <w:footerReference r:id="rId13" w:type="first"/>
      <w:pgSz w:h="15840" w:w="12240"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Black">
    <w:embedBold w:fontKey="{00000000-0000-0000-0000-000000000000}" r:id="rId9" w:subsetted="0"/>
    <w:embedBoldItalic w:fontKey="{00000000-0000-0000-0000-000000000000}" r:id="rId10" w:subsetted="0"/>
  </w:font>
  <w:font w:name="Nuni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spacing w:after="0" w:lineRule="auto"/>
      <w:jc w:val="center"/>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122">
    <w:pPr>
      <w:spacing w:after="0" w:lineRule="auto"/>
      <w:jc w:val="left"/>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123">
    <w:pPr>
      <w:spacing w:after="0" w:lineRule="auto"/>
      <w:jc w:val="center"/>
      <w:rPr/>
    </w:pPr>
    <w:r w:rsidDel="00000000" w:rsidR="00000000" w:rsidRPr="00000000">
      <w:rPr>
        <w:rFonts w:ascii="Nunito ExtraLight" w:cs="Nunito ExtraLight" w:eastAsia="Nunito ExtraLight" w:hAnsi="Nunito ExtraLight"/>
        <w:color w:val="222222"/>
        <w:highlight w:val="white"/>
        <w:rtl w:val="0"/>
      </w:rPr>
      <w:t xml:space="preserve">These materials were created with support by the National Science Foundation under Grant Number # 2148711 and  # 2148712  - Engaging Blind, Visually Impaired, and Sighted Students in STEM with Storytelling through Podcasts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Nunito Black" w:cs="Nunito Black" w:eastAsia="Nunito Black" w:hAnsi="Nunito Black"/>
      <w:sz w:val="28"/>
      <w:szCs w:val="28"/>
    </w:rPr>
  </w:style>
  <w:style w:type="paragraph" w:styleId="Heading2">
    <w:name w:val="heading 2"/>
    <w:basedOn w:val="Normal"/>
    <w:next w:val="Normal"/>
    <w:pPr>
      <w:keepNext w:val="1"/>
      <w:keepLines w:val="1"/>
      <w:spacing w:after="0" w:before="200" w:lineRule="auto"/>
    </w:pPr>
    <w:rPr>
      <w:rFonts w:ascii="Nunito" w:cs="Nunito" w:eastAsia="Nunito" w:hAnsi="Nunito"/>
      <w:b w:val="1"/>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Nunito Black" w:cs="Nunito Black" w:eastAsia="Nunito Black" w:hAnsi="Nunito Black"/>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NunitoLight-regular.ttf"/><Relationship Id="rId10" Type="http://schemas.openxmlformats.org/officeDocument/2006/relationships/font" Target="fonts/NunitoBlack-boldItalic.ttf"/><Relationship Id="rId13" Type="http://schemas.openxmlformats.org/officeDocument/2006/relationships/font" Target="fonts/NunitoLight-italic.ttf"/><Relationship Id="rId12" Type="http://schemas.openxmlformats.org/officeDocument/2006/relationships/font" Target="fonts/NunitoLight-bold.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Black-bold.ttf"/><Relationship Id="rId14" Type="http://schemas.openxmlformats.org/officeDocument/2006/relationships/font" Target="fonts/Nunito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B/apbsE7wTQXbJJEFrLpyYPqOw==">CgMxLjAyDmguNDZ5NHpzYmYxMnpyMg5oLm5nOWhpNW84YnJpNjINaC5vY2dqbzY0YXhudTIOaC55dmw1cDFrejFvejgyDmgucnBjMmduM3RodThlMg5oLjlxYTFqcDdkeTZjczIOaC5jZHlnbnQ2aHo1dzIyDmguZzMxMHg5cWswNHV1Mg5oLmp4ZnBha214ZWIxNDIOaC5vbzJycTY0cnh4b28yDmguaWpqbHlkYTg5N2hiMg5oLmd0Y3o1NGloMzNtNDIOaC5sb29tbmo5NHRtcXcyDmgueGNmeHFoODZ3YmV0Mg5oLjVpMGN3dmQ1aTJzdTIOaC5lczRpZms5eWE3a2MyDmguZ2FhYnE0cXczOXJqMg5oLnZ0ZjVmMjJkMml4bDIOaC5jenJrZXo5cHpwN2UyDWgub2Juem5hazcweXg4AHIhMTJLMUlZWWJwZmRUMExjcU1VVUcyYlBnUlJxUnNYVW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