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jc w:val="center"/>
        <w:rPr/>
      </w:pPr>
      <w:bookmarkStart w:colFirst="0" w:colLast="0" w:name="_heading=h.bjviz4w5y1o5" w:id="0"/>
      <w:bookmarkEnd w:id="0"/>
      <w:r w:rsidDel="00000000" w:rsidR="00000000" w:rsidRPr="00000000">
        <w:rPr>
          <w:rtl w:val="0"/>
        </w:rPr>
        <w:t xml:space="preserve">Narrative Podcast Packet</w:t>
      </w:r>
    </w:p>
    <w:p w:rsidR="00000000" w:rsidDel="00000000" w:rsidP="00000000" w:rsidRDefault="00000000" w:rsidRPr="00000000" w14:paraId="00000002">
      <w:pPr>
        <w:rPr/>
      </w:pPr>
      <w:r w:rsidDel="00000000" w:rsidR="00000000" w:rsidRPr="00000000">
        <w:rPr/>
        <w:drawing>
          <wp:inline distB="114300" distT="114300" distL="114300" distR="114300">
            <wp:extent cx="5486400" cy="5486400"/>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486400" cy="54864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This packet will guide you through every step of creating a narrative podcast. In this format, you will tell a story from beginning to end. You’ll decide what kind of story you want to tell, research your topic, write a script, and record your podcast like a storyteller.</w:t>
      </w:r>
    </w:p>
    <w:p w:rsidR="00000000" w:rsidDel="00000000" w:rsidP="00000000" w:rsidRDefault="00000000" w:rsidRPr="00000000" w14:paraId="00000004">
      <w:pPr>
        <w:pStyle w:val="Heading2"/>
        <w:rPr/>
      </w:pPr>
      <w:r w:rsidDel="00000000" w:rsidR="00000000" w:rsidRPr="00000000">
        <w:rPr>
          <w:rtl w:val="0"/>
        </w:rPr>
        <w:t xml:space="preserve">What is a narrative podcast?</w:t>
      </w:r>
    </w:p>
    <w:p w:rsidR="00000000" w:rsidDel="00000000" w:rsidP="00000000" w:rsidRDefault="00000000" w:rsidRPr="00000000" w14:paraId="00000005">
      <w:pPr>
        <w:rPr/>
      </w:pPr>
      <w:r w:rsidDel="00000000" w:rsidR="00000000" w:rsidRPr="00000000">
        <w:rPr>
          <w:rtl w:val="0"/>
        </w:rPr>
        <w:t xml:space="preserve">A Narrative Podcast is a storytelling show. It tells one story over an episode—or sometimes over a series of episodes. It can be nonfiction (based on real facts) or fiction (a made-up story). Some narrative podcasts are like news reports, and others are like storybooks. What makes a narrative podcast special is that it’s carefully written and planned out ahead of time. Some have one voice telling the story, and others include clips from interviews or sound effects to help bring the story to life.</w:t>
      </w:r>
    </w:p>
    <w:p w:rsidR="00000000" w:rsidDel="00000000" w:rsidP="00000000" w:rsidRDefault="00000000" w:rsidRPr="00000000" w14:paraId="00000006">
      <w:pPr>
        <w:rPr/>
      </w:pPr>
      <w:r w:rsidDel="00000000" w:rsidR="00000000" w:rsidRPr="00000000">
        <w:rPr>
          <w:rtl w:val="0"/>
        </w:rPr>
        <w:br w:type="textWrapping"/>
        <w:t xml:space="preserve">If you love telling stories, acting things out, or creating dramatic moments, this might be the podcast format for you!</w:t>
      </w:r>
    </w:p>
    <w:p w:rsidR="00000000" w:rsidDel="00000000" w:rsidP="00000000" w:rsidRDefault="00000000" w:rsidRPr="00000000" w14:paraId="00000007">
      <w:pPr>
        <w:pStyle w:val="Heading2"/>
        <w:rPr/>
      </w:pPr>
      <w:r w:rsidDel="00000000" w:rsidR="00000000" w:rsidRPr="00000000">
        <w:br w:type="page"/>
      </w:r>
      <w:r w:rsidDel="00000000" w:rsidR="00000000" w:rsidRPr="00000000">
        <w:rPr>
          <w:rtl w:val="0"/>
        </w:rPr>
      </w:r>
    </w:p>
    <w:p w:rsidR="00000000" w:rsidDel="00000000" w:rsidP="00000000" w:rsidRDefault="00000000" w:rsidRPr="00000000" w14:paraId="00000008">
      <w:pPr>
        <w:pStyle w:val="Heading2"/>
        <w:rPr/>
      </w:pPr>
      <w:r w:rsidDel="00000000" w:rsidR="00000000" w:rsidRPr="00000000">
        <w:rPr>
          <w:rtl w:val="0"/>
        </w:rPr>
        <w:t xml:space="preserve">Part 1: Narrative Podcast Instructions</w:t>
      </w:r>
    </w:p>
    <w:p w:rsidR="00000000" w:rsidDel="00000000" w:rsidP="00000000" w:rsidRDefault="00000000" w:rsidRPr="00000000" w14:paraId="00000009">
      <w:pPr>
        <w:pStyle w:val="Heading3"/>
        <w:rPr>
          <w:color w:val="000000"/>
        </w:rPr>
      </w:pPr>
      <w:r w:rsidDel="00000000" w:rsidR="00000000" w:rsidRPr="00000000">
        <w:rPr>
          <w:rtl w:val="0"/>
        </w:rPr>
        <w:t xml:space="preserve">Step 1: Choose Your Story</w:t>
      </w:r>
      <w:r w:rsidDel="00000000" w:rsidR="00000000" w:rsidRPr="00000000">
        <w:rPr>
          <w:rtl w:val="0"/>
        </w:rPr>
      </w:r>
    </w:p>
    <w:p w:rsidR="00000000" w:rsidDel="00000000" w:rsidP="00000000" w:rsidRDefault="00000000" w:rsidRPr="00000000" w14:paraId="0000000A">
      <w:pPr>
        <w:rPr/>
      </w:pPr>
      <w:r w:rsidDel="00000000" w:rsidR="00000000" w:rsidRPr="00000000">
        <w:rPr>
          <w:rtl w:val="0"/>
        </w:rPr>
        <w:t xml:space="preserve">Pick a topic you care about. It could be based on a real event, something you learned in class, or something totally made up! You can tell the story from your own point of view or write a script that others will help you perform.</w:t>
      </w:r>
    </w:p>
    <w:p w:rsidR="00000000" w:rsidDel="00000000" w:rsidP="00000000" w:rsidRDefault="00000000" w:rsidRPr="00000000" w14:paraId="0000000B">
      <w:pPr>
        <w:pStyle w:val="Heading3"/>
        <w:rPr/>
      </w:pPr>
      <w:r w:rsidDel="00000000" w:rsidR="00000000" w:rsidRPr="00000000">
        <w:rPr>
          <w:rtl w:val="0"/>
        </w:rPr>
        <w:t xml:space="preserve">Step 2: Plan Your Story</w:t>
      </w:r>
    </w:p>
    <w:p w:rsidR="00000000" w:rsidDel="00000000" w:rsidP="00000000" w:rsidRDefault="00000000" w:rsidRPr="00000000" w14:paraId="0000000C">
      <w:pPr>
        <w:rPr/>
      </w:pPr>
      <w:r w:rsidDel="00000000" w:rsidR="00000000" w:rsidRPr="00000000">
        <w:rPr>
          <w:rtl w:val="0"/>
        </w:rPr>
        <w:t xml:space="preserve">Think about the beginning, middle, and end. Use the Story Planning Page (Part 2) to sketch out what happens in your episode. If your story is based on facts, do your research! If it's fiction, get creative!</w:t>
      </w:r>
    </w:p>
    <w:p w:rsidR="00000000" w:rsidDel="00000000" w:rsidP="00000000" w:rsidRDefault="00000000" w:rsidRPr="00000000" w14:paraId="0000000D">
      <w:pPr>
        <w:pStyle w:val="Heading3"/>
        <w:rPr/>
      </w:pPr>
      <w:r w:rsidDel="00000000" w:rsidR="00000000" w:rsidRPr="00000000">
        <w:rPr>
          <w:rtl w:val="0"/>
        </w:rPr>
        <w:t xml:space="preserve">Step 3: Write Your Script</w:t>
      </w:r>
    </w:p>
    <w:p w:rsidR="00000000" w:rsidDel="00000000" w:rsidP="00000000" w:rsidRDefault="00000000" w:rsidRPr="00000000" w14:paraId="0000000E">
      <w:pPr>
        <w:rPr/>
      </w:pPr>
      <w:r w:rsidDel="00000000" w:rsidR="00000000" w:rsidRPr="00000000">
        <w:rPr>
          <w:rtl w:val="0"/>
        </w:rPr>
        <w:t xml:space="preserve">Use the Script Template (Part 3) to write the full story you want to tell. Make sure to include an introduction, the main story, and a good ending. Add any sound effects or extra voices you want to include.</w:t>
      </w:r>
    </w:p>
    <w:p w:rsidR="00000000" w:rsidDel="00000000" w:rsidP="00000000" w:rsidRDefault="00000000" w:rsidRPr="00000000" w14:paraId="0000000F">
      <w:pPr>
        <w:pStyle w:val="Heading3"/>
        <w:rPr/>
      </w:pPr>
      <w:r w:rsidDel="00000000" w:rsidR="00000000" w:rsidRPr="00000000">
        <w:rPr>
          <w:rtl w:val="0"/>
        </w:rPr>
        <w:t xml:space="preserve">Step 4: Record Your Podcast</w:t>
      </w:r>
    </w:p>
    <w:p w:rsidR="00000000" w:rsidDel="00000000" w:rsidP="00000000" w:rsidRDefault="00000000" w:rsidRPr="00000000" w14:paraId="00000010">
      <w:pPr>
        <w:rPr/>
      </w:pPr>
      <w:r w:rsidDel="00000000" w:rsidR="00000000" w:rsidRPr="00000000">
        <w:rPr>
          <w:rtl w:val="0"/>
        </w:rPr>
        <w:t xml:space="preserve">Find a quiet space, test your microphone, and make sure your script is ready. Record your story in a clear, expressive voice. If you're using extra sounds or voices, record those too.</w:t>
      </w:r>
    </w:p>
    <w:p w:rsidR="00000000" w:rsidDel="00000000" w:rsidP="00000000" w:rsidRDefault="00000000" w:rsidRPr="00000000" w14:paraId="00000011">
      <w:pPr>
        <w:pStyle w:val="Heading3"/>
        <w:rPr/>
      </w:pPr>
      <w:r w:rsidDel="00000000" w:rsidR="00000000" w:rsidRPr="00000000">
        <w:rPr>
          <w:rtl w:val="0"/>
        </w:rPr>
        <w:t xml:space="preserve">Step 5: Listen and Share</w:t>
      </w:r>
    </w:p>
    <w:p w:rsidR="00000000" w:rsidDel="00000000" w:rsidP="00000000" w:rsidRDefault="00000000" w:rsidRPr="00000000" w14:paraId="00000012">
      <w:pPr>
        <w:rPr/>
      </w:pPr>
      <w:r w:rsidDel="00000000" w:rsidR="00000000" w:rsidRPr="00000000">
        <w:rPr>
          <w:rtl w:val="0"/>
        </w:rPr>
        <w:t xml:space="preserve">Listen to your podcast all the way through. Does it sound the way you want it to? If not, you can re-record! When you're ready, upload and share it with your class.</w:t>
      </w:r>
    </w:p>
    <w:p w:rsidR="00000000" w:rsidDel="00000000" w:rsidP="00000000" w:rsidRDefault="00000000" w:rsidRPr="00000000" w14:paraId="00000013">
      <w:pPr>
        <w:pStyle w:val="Heading2"/>
        <w:rPr/>
      </w:pPr>
      <w:r w:rsidDel="00000000" w:rsidR="00000000" w:rsidRPr="00000000">
        <w:br w:type="page"/>
      </w:r>
      <w:r w:rsidDel="00000000" w:rsidR="00000000" w:rsidRPr="00000000">
        <w:rPr>
          <w:rtl w:val="0"/>
        </w:rPr>
      </w:r>
    </w:p>
    <w:p w:rsidR="00000000" w:rsidDel="00000000" w:rsidP="00000000" w:rsidRDefault="00000000" w:rsidRPr="00000000" w14:paraId="00000014">
      <w:pPr>
        <w:pStyle w:val="Heading2"/>
        <w:rPr/>
      </w:pPr>
      <w:r w:rsidDel="00000000" w:rsidR="00000000" w:rsidRPr="00000000">
        <w:rPr>
          <w:rtl w:val="0"/>
        </w:rPr>
        <w:t xml:space="preserve">Part 2: Story Planning Page</w:t>
      </w:r>
    </w:p>
    <w:p w:rsidR="00000000" w:rsidDel="00000000" w:rsidP="00000000" w:rsidRDefault="00000000" w:rsidRPr="00000000" w14:paraId="00000015">
      <w:pPr>
        <w:rPr/>
      </w:pPr>
      <w:r w:rsidDel="00000000" w:rsidR="00000000" w:rsidRPr="00000000">
        <w:rPr>
          <w:rtl w:val="0"/>
        </w:rPr>
        <w:t xml:space="preserve">Name: ______________________________________</w:t>
      </w:r>
    </w:p>
    <w:p w:rsidR="00000000" w:rsidDel="00000000" w:rsidP="00000000" w:rsidRDefault="00000000" w:rsidRPr="00000000" w14:paraId="00000016">
      <w:pPr>
        <w:rPr/>
      </w:pPr>
      <w:r w:rsidDel="00000000" w:rsidR="00000000" w:rsidRPr="00000000">
        <w:rPr>
          <w:rtl w:val="0"/>
        </w:rPr>
        <w:t xml:space="preserve">What is your podcast about?</w:t>
        <w:br w:type="textWrapping"/>
        <w:t xml:space="preserve">______________________________________________________________________________</w:t>
      </w:r>
    </w:p>
    <w:p w:rsidR="00000000" w:rsidDel="00000000" w:rsidP="00000000" w:rsidRDefault="00000000" w:rsidRPr="00000000" w14:paraId="00000017">
      <w:pPr>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018">
      <w:pPr>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019">
      <w:pPr>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01A">
      <w:pPr>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t xml:space="preserve">Is it fiction or nonfiction?</w:t>
        <w:br w:type="textWrapping"/>
        <w:t xml:space="preserve">______________________________________________________________________________</w:t>
      </w:r>
    </w:p>
    <w:p w:rsidR="00000000" w:rsidDel="00000000" w:rsidP="00000000" w:rsidRDefault="00000000" w:rsidRPr="00000000" w14:paraId="0000001D">
      <w:pPr>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01E">
      <w:pPr>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01F">
      <w:pPr>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t xml:space="preserve">What happens at the beginning?</w:t>
        <w:br w:type="textWrapping"/>
        <w:t xml:space="preserve">______________________________________________________________________________</w:t>
      </w:r>
    </w:p>
    <w:p w:rsidR="00000000" w:rsidDel="00000000" w:rsidP="00000000" w:rsidRDefault="00000000" w:rsidRPr="00000000" w14:paraId="00000022">
      <w:pPr>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023">
      <w:pPr>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024">
      <w:pPr>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025">
      <w:pPr>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br w:type="page"/>
      </w:r>
      <w:r w:rsidDel="00000000" w:rsidR="00000000" w:rsidRPr="00000000">
        <w:rPr>
          <w:rtl w:val="0"/>
        </w:rPr>
      </w:r>
    </w:p>
    <w:p w:rsidR="00000000" w:rsidDel="00000000" w:rsidP="00000000" w:rsidRDefault="00000000" w:rsidRPr="00000000" w14:paraId="00000028">
      <w:pPr>
        <w:rPr/>
      </w:pPr>
      <w:r w:rsidDel="00000000" w:rsidR="00000000" w:rsidRPr="00000000">
        <w:rPr>
          <w:rtl w:val="0"/>
        </w:rPr>
        <w:t xml:space="preserve">What happens in the middle?</w:t>
        <w:br w:type="textWrapping"/>
        <w:t xml:space="preserve">______________________________________________________________________________</w:t>
      </w:r>
    </w:p>
    <w:p w:rsidR="00000000" w:rsidDel="00000000" w:rsidP="00000000" w:rsidRDefault="00000000" w:rsidRPr="00000000" w14:paraId="00000029">
      <w:pPr>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02A">
      <w:pPr>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02B">
      <w:pPr>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02C">
      <w:pPr>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t xml:space="preserve">What happens at the end?</w:t>
        <w:br w:type="textWrapping"/>
        <w:t xml:space="preserve">______________________________________________________________________________</w:t>
      </w:r>
    </w:p>
    <w:p w:rsidR="00000000" w:rsidDel="00000000" w:rsidP="00000000" w:rsidRDefault="00000000" w:rsidRPr="00000000" w14:paraId="0000002F">
      <w:pPr>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030">
      <w:pPr>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031">
      <w:pPr>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032">
      <w:pPr>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t xml:space="preserve">Who are the characters or people in your story?</w:t>
        <w:br w:type="textWrapping"/>
        <w:t xml:space="preserve">______________________________________________________________________________</w:t>
      </w:r>
    </w:p>
    <w:p w:rsidR="00000000" w:rsidDel="00000000" w:rsidP="00000000" w:rsidRDefault="00000000" w:rsidRPr="00000000" w14:paraId="00000035">
      <w:pPr>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036">
      <w:pPr>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037">
      <w:pPr>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038">
      <w:pPr>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t xml:space="preserve">What sounds or music would help bring your story to life?</w:t>
        <w:br w:type="textWrapping"/>
        <w:t xml:space="preserve">______________________________________________________________________________</w:t>
      </w:r>
    </w:p>
    <w:p w:rsidR="00000000" w:rsidDel="00000000" w:rsidP="00000000" w:rsidRDefault="00000000" w:rsidRPr="00000000" w14:paraId="0000003B">
      <w:pPr>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03C">
      <w:pPr>
        <w:rPr/>
      </w:pPr>
      <w:r w:rsidDel="00000000" w:rsidR="00000000" w:rsidRPr="00000000">
        <w:rPr>
          <w:rtl w:val="0"/>
        </w:rPr>
        <w:t xml:space="preserve">______________________________________________________________________________</w:t>
      </w:r>
      <w:r w:rsidDel="00000000" w:rsidR="00000000" w:rsidRPr="00000000">
        <w:br w:type="page"/>
      </w:r>
      <w:r w:rsidDel="00000000" w:rsidR="00000000" w:rsidRPr="00000000">
        <w:rPr>
          <w:rtl w:val="0"/>
        </w:rPr>
      </w:r>
    </w:p>
    <w:p w:rsidR="00000000" w:rsidDel="00000000" w:rsidP="00000000" w:rsidRDefault="00000000" w:rsidRPr="00000000" w14:paraId="0000003D">
      <w:pPr>
        <w:pStyle w:val="Heading2"/>
        <w:rPr/>
      </w:pPr>
      <w:r w:rsidDel="00000000" w:rsidR="00000000" w:rsidRPr="00000000">
        <w:rPr>
          <w:rtl w:val="0"/>
        </w:rPr>
        <w:t xml:space="preserve">Part 3: Script Template</w:t>
      </w:r>
    </w:p>
    <w:p w:rsidR="00000000" w:rsidDel="00000000" w:rsidP="00000000" w:rsidRDefault="00000000" w:rsidRPr="00000000" w14:paraId="0000003E">
      <w:pPr>
        <w:rPr/>
      </w:pPr>
      <w:r w:rsidDel="00000000" w:rsidR="00000000" w:rsidRPr="00000000">
        <w:rPr>
          <w:rtl w:val="0"/>
        </w:rPr>
        <w:t xml:space="preserve">Use this page to write the full script of your podcast. Read it out loud to make sure it sounds right!</w:t>
      </w:r>
    </w:p>
    <w:p w:rsidR="00000000" w:rsidDel="00000000" w:rsidP="00000000" w:rsidRDefault="00000000" w:rsidRPr="00000000" w14:paraId="0000003F">
      <w:pPr>
        <w:pStyle w:val="Heading3"/>
        <w:rPr/>
      </w:pPr>
      <w:r w:rsidDel="00000000" w:rsidR="00000000" w:rsidRPr="00000000">
        <w:rPr>
          <w:rtl w:val="0"/>
        </w:rPr>
        <w:t xml:space="preserve">INTRO:</w:t>
      </w:r>
    </w:p>
    <w:p w:rsidR="00000000" w:rsidDel="00000000" w:rsidP="00000000" w:rsidRDefault="00000000" w:rsidRPr="00000000" w14:paraId="00000040">
      <w:pPr>
        <w:rPr/>
      </w:pPr>
      <w:r w:rsidDel="00000000" w:rsidR="00000000" w:rsidRPr="00000000">
        <w:rPr>
          <w:rtl w:val="0"/>
        </w:rPr>
        <w:t xml:space="preserve">(Write here)</w:t>
        <w:br w:type="textWrapping"/>
        <w:t xml:space="preserve">______________________________________________________________________________</w:t>
      </w:r>
    </w:p>
    <w:p w:rsidR="00000000" w:rsidDel="00000000" w:rsidP="00000000" w:rsidRDefault="00000000" w:rsidRPr="00000000" w14:paraId="00000041">
      <w:pPr>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042">
      <w:pPr>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043">
      <w:pPr>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044">
      <w:pPr>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045">
      <w:pPr>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046">
      <w:pPr>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047">
      <w:pPr>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pStyle w:val="Heading3"/>
        <w:rPr/>
      </w:pPr>
      <w:r w:rsidDel="00000000" w:rsidR="00000000" w:rsidRPr="00000000">
        <w:br w:type="page"/>
      </w:r>
      <w:r w:rsidDel="00000000" w:rsidR="00000000" w:rsidRPr="00000000">
        <w:rPr>
          <w:rtl w:val="0"/>
        </w:rPr>
      </w:r>
    </w:p>
    <w:p w:rsidR="00000000" w:rsidDel="00000000" w:rsidP="00000000" w:rsidRDefault="00000000" w:rsidRPr="00000000" w14:paraId="0000004A">
      <w:pPr>
        <w:pStyle w:val="Heading3"/>
        <w:rPr/>
      </w:pPr>
      <w:r w:rsidDel="00000000" w:rsidR="00000000" w:rsidRPr="00000000">
        <w:rPr>
          <w:rtl w:val="0"/>
        </w:rPr>
        <w:t xml:space="preserve">STORY:</w:t>
      </w:r>
    </w:p>
    <w:p w:rsidR="00000000" w:rsidDel="00000000" w:rsidP="00000000" w:rsidRDefault="00000000" w:rsidRPr="00000000" w14:paraId="0000004B">
      <w:pPr>
        <w:rPr/>
      </w:pPr>
      <w:r w:rsidDel="00000000" w:rsidR="00000000" w:rsidRPr="00000000">
        <w:rPr>
          <w:rtl w:val="0"/>
        </w:rPr>
        <w:t xml:space="preserve">(Write here)</w:t>
        <w:br w:type="textWrapping"/>
        <w:t xml:space="preserve">______________________________________________________________________________</w:t>
      </w:r>
    </w:p>
    <w:p w:rsidR="00000000" w:rsidDel="00000000" w:rsidP="00000000" w:rsidRDefault="00000000" w:rsidRPr="00000000" w14:paraId="0000004C">
      <w:pPr>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04D">
      <w:pPr>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04E">
      <w:pPr>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04F">
      <w:pPr>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050">
      <w:pPr>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051">
      <w:pPr>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052">
      <w:pPr>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053">
      <w:pPr>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054">
      <w:pPr>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055">
      <w:pPr>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056">
      <w:pPr>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057">
      <w:pPr>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058">
      <w:pPr>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059">
      <w:pPr>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05A">
      <w:pPr>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05B">
      <w:pPr>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05C">
      <w:pPr>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05D">
      <w:pPr>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05E">
      <w:pPr>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05F">
      <w:pPr>
        <w:pStyle w:val="Heading3"/>
        <w:rPr/>
      </w:pPr>
      <w:r w:rsidDel="00000000" w:rsidR="00000000" w:rsidRPr="00000000">
        <w:rPr>
          <w:rtl w:val="0"/>
        </w:rPr>
      </w:r>
    </w:p>
    <w:p w:rsidR="00000000" w:rsidDel="00000000" w:rsidP="00000000" w:rsidRDefault="00000000" w:rsidRPr="00000000" w14:paraId="00000060">
      <w:pPr>
        <w:pStyle w:val="Heading3"/>
        <w:rPr/>
      </w:pPr>
      <w:r w:rsidDel="00000000" w:rsidR="00000000" w:rsidRPr="00000000">
        <w:rPr>
          <w:rtl w:val="0"/>
        </w:rPr>
        <w:t xml:space="preserve">ENDING:</w:t>
      </w:r>
    </w:p>
    <w:p w:rsidR="00000000" w:rsidDel="00000000" w:rsidP="00000000" w:rsidRDefault="00000000" w:rsidRPr="00000000" w14:paraId="00000061">
      <w:pPr>
        <w:rPr/>
      </w:pPr>
      <w:r w:rsidDel="00000000" w:rsidR="00000000" w:rsidRPr="00000000">
        <w:rPr>
          <w:rtl w:val="0"/>
        </w:rPr>
        <w:t xml:space="preserve">(Write here)</w:t>
        <w:br w:type="textWrapping"/>
        <w:t xml:space="preserve">______________________________________________________________________________</w:t>
      </w:r>
    </w:p>
    <w:p w:rsidR="00000000" w:rsidDel="00000000" w:rsidP="00000000" w:rsidRDefault="00000000" w:rsidRPr="00000000" w14:paraId="00000062">
      <w:pPr>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063">
      <w:pPr>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064">
      <w:pPr>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065">
      <w:pPr>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066">
      <w:pPr>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067">
      <w:pPr>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068">
      <w:pPr>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069">
      <w:pPr>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06A">
      <w:pPr>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06B">
      <w:pPr>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06C">
      <w:pPr>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06D">
      <w:pPr>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06E">
      <w:pPr>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06F">
      <w:pPr>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070">
      <w:pPr>
        <w:pStyle w:val="Heading2"/>
        <w:rPr/>
      </w:pPr>
      <w:r w:rsidDel="00000000" w:rsidR="00000000" w:rsidRPr="00000000">
        <w:br w:type="page"/>
      </w:r>
      <w:r w:rsidDel="00000000" w:rsidR="00000000" w:rsidRPr="00000000">
        <w:rPr>
          <w:rtl w:val="0"/>
        </w:rPr>
      </w:r>
    </w:p>
    <w:p w:rsidR="00000000" w:rsidDel="00000000" w:rsidP="00000000" w:rsidRDefault="00000000" w:rsidRPr="00000000" w14:paraId="00000071">
      <w:pPr>
        <w:pStyle w:val="Heading2"/>
        <w:rPr/>
      </w:pPr>
      <w:r w:rsidDel="00000000" w:rsidR="00000000" w:rsidRPr="00000000">
        <w:rPr>
          <w:rtl w:val="0"/>
        </w:rPr>
        <w:t xml:space="preserve">Part 4: Recording Tips</w:t>
      </w:r>
    </w:p>
    <w:p w:rsidR="00000000" w:rsidDel="00000000" w:rsidP="00000000" w:rsidRDefault="00000000" w:rsidRPr="00000000" w14:paraId="00000072">
      <w:pPr>
        <w:rPr/>
      </w:pPr>
      <w:r w:rsidDel="00000000" w:rsidR="00000000" w:rsidRPr="00000000">
        <w:rPr>
          <w:rtl w:val="0"/>
        </w:rPr>
        <w:t xml:space="preserve">- Sit close to the microphone (but not too close!)</w:t>
      </w:r>
    </w:p>
    <w:p w:rsidR="00000000" w:rsidDel="00000000" w:rsidP="00000000" w:rsidRDefault="00000000" w:rsidRPr="00000000" w14:paraId="00000073">
      <w:pPr>
        <w:rPr/>
      </w:pPr>
      <w:r w:rsidDel="00000000" w:rsidR="00000000" w:rsidRPr="00000000">
        <w:rPr>
          <w:rtl w:val="0"/>
        </w:rPr>
        <w:t xml:space="preserve">- Speak clearly and with feeling</w:t>
      </w:r>
    </w:p>
    <w:p w:rsidR="00000000" w:rsidDel="00000000" w:rsidP="00000000" w:rsidRDefault="00000000" w:rsidRPr="00000000" w14:paraId="00000074">
      <w:pPr>
        <w:rPr/>
      </w:pPr>
      <w:r w:rsidDel="00000000" w:rsidR="00000000" w:rsidRPr="00000000">
        <w:rPr>
          <w:rtl w:val="0"/>
        </w:rPr>
        <w:t xml:space="preserve">- Find a quiet space</w:t>
      </w:r>
    </w:p>
    <w:p w:rsidR="00000000" w:rsidDel="00000000" w:rsidP="00000000" w:rsidRDefault="00000000" w:rsidRPr="00000000" w14:paraId="00000075">
      <w:pPr>
        <w:rPr/>
      </w:pPr>
      <w:r w:rsidDel="00000000" w:rsidR="00000000" w:rsidRPr="00000000">
        <w:rPr>
          <w:rtl w:val="0"/>
        </w:rPr>
        <w:t xml:space="preserve">- Do a test recording first: Say "Check check" and listen back</w:t>
      </w:r>
    </w:p>
    <w:p w:rsidR="00000000" w:rsidDel="00000000" w:rsidP="00000000" w:rsidRDefault="00000000" w:rsidRPr="00000000" w14:paraId="00000076">
      <w:pPr>
        <w:rPr/>
      </w:pPr>
      <w:r w:rsidDel="00000000" w:rsidR="00000000" w:rsidRPr="00000000">
        <w:rPr>
          <w:rtl w:val="0"/>
        </w:rPr>
        <w:t xml:space="preserve">- Add sound effects or music if you want to</w:t>
      </w:r>
    </w:p>
    <w:p w:rsidR="00000000" w:rsidDel="00000000" w:rsidP="00000000" w:rsidRDefault="00000000" w:rsidRPr="00000000" w14:paraId="00000077">
      <w:pPr>
        <w:rPr/>
      </w:pPr>
      <w:r w:rsidDel="00000000" w:rsidR="00000000" w:rsidRPr="00000000">
        <w:rPr>
          <w:rtl w:val="0"/>
        </w:rPr>
        <w:t xml:space="preserve">- Save your work when you’re done!</w:t>
      </w:r>
    </w:p>
    <w:p w:rsidR="00000000" w:rsidDel="00000000" w:rsidP="00000000" w:rsidRDefault="00000000" w:rsidRPr="00000000" w14:paraId="00000078">
      <w:pPr>
        <w:pStyle w:val="Heading2"/>
        <w:rPr/>
      </w:pPr>
      <w:r w:rsidDel="00000000" w:rsidR="00000000" w:rsidRPr="00000000">
        <w:br w:type="page"/>
      </w:r>
      <w:r w:rsidDel="00000000" w:rsidR="00000000" w:rsidRPr="00000000">
        <w:rPr>
          <w:rtl w:val="0"/>
        </w:rPr>
      </w:r>
    </w:p>
    <w:p w:rsidR="00000000" w:rsidDel="00000000" w:rsidP="00000000" w:rsidRDefault="00000000" w:rsidRPr="00000000" w14:paraId="00000079">
      <w:pPr>
        <w:pStyle w:val="Heading2"/>
        <w:rPr/>
      </w:pPr>
      <w:r w:rsidDel="00000000" w:rsidR="00000000" w:rsidRPr="00000000">
        <w:rPr>
          <w:rtl w:val="0"/>
        </w:rPr>
        <w:t xml:space="preserve">Part 5: Publishing Your Podcast</w:t>
      </w:r>
    </w:p>
    <w:p w:rsidR="00000000" w:rsidDel="00000000" w:rsidP="00000000" w:rsidRDefault="00000000" w:rsidRPr="00000000" w14:paraId="0000007A">
      <w:pPr>
        <w:rPr/>
      </w:pPr>
      <w:r w:rsidDel="00000000" w:rsidR="00000000" w:rsidRPr="00000000">
        <w:rPr>
          <w:rtl w:val="0"/>
        </w:rPr>
        <w:t xml:space="preserve">1. Give your podcast a title.</w:t>
      </w:r>
    </w:p>
    <w:p w:rsidR="00000000" w:rsidDel="00000000" w:rsidP="00000000" w:rsidRDefault="00000000" w:rsidRPr="00000000" w14:paraId="0000007B">
      <w:pPr>
        <w:rPr/>
      </w:pPr>
      <w:r w:rsidDel="00000000" w:rsidR="00000000" w:rsidRPr="00000000">
        <w:rPr>
          <w:rtl w:val="0"/>
        </w:rPr>
        <w:t xml:space="preserve">2. Write a short description about what it’s about.</w:t>
      </w:r>
    </w:p>
    <w:p w:rsidR="00000000" w:rsidDel="00000000" w:rsidP="00000000" w:rsidRDefault="00000000" w:rsidRPr="00000000" w14:paraId="0000007C">
      <w:pPr>
        <w:rPr/>
      </w:pPr>
      <w:r w:rsidDel="00000000" w:rsidR="00000000" w:rsidRPr="00000000">
        <w:rPr>
          <w:rtl w:val="0"/>
        </w:rPr>
        <w:t xml:space="preserve">3. Make sure the file is saved as an mp3.</w:t>
      </w:r>
    </w:p>
    <w:p w:rsidR="00000000" w:rsidDel="00000000" w:rsidP="00000000" w:rsidRDefault="00000000" w:rsidRPr="00000000" w14:paraId="0000007D">
      <w:pPr>
        <w:rPr/>
      </w:pPr>
      <w:r w:rsidDel="00000000" w:rsidR="00000000" w:rsidRPr="00000000">
        <w:rPr>
          <w:rtl w:val="0"/>
        </w:rPr>
        <w:t xml:space="preserve">4. Upload your episode with your teacher’s help.</w:t>
      </w:r>
    </w:p>
    <w:p w:rsidR="00000000" w:rsidDel="00000000" w:rsidP="00000000" w:rsidRDefault="00000000" w:rsidRPr="00000000" w14:paraId="0000007E">
      <w:pPr>
        <w:pStyle w:val="Heading2"/>
        <w:rPr/>
      </w:pPr>
      <w:r w:rsidDel="00000000" w:rsidR="00000000" w:rsidRPr="00000000">
        <w:br w:type="page"/>
      </w:r>
      <w:r w:rsidDel="00000000" w:rsidR="00000000" w:rsidRPr="00000000">
        <w:rPr>
          <w:rtl w:val="0"/>
        </w:rPr>
      </w:r>
    </w:p>
    <w:p w:rsidR="00000000" w:rsidDel="00000000" w:rsidP="00000000" w:rsidRDefault="00000000" w:rsidRPr="00000000" w14:paraId="0000007F">
      <w:pPr>
        <w:pStyle w:val="Heading2"/>
        <w:rPr/>
      </w:pPr>
      <w:r w:rsidDel="00000000" w:rsidR="00000000" w:rsidRPr="00000000">
        <w:rPr>
          <w:rtl w:val="0"/>
        </w:rPr>
        <w:t xml:space="preserve">Part 6: Reflection Questions</w:t>
      </w:r>
    </w:p>
    <w:p w:rsidR="00000000" w:rsidDel="00000000" w:rsidP="00000000" w:rsidRDefault="00000000" w:rsidRPr="00000000" w14:paraId="00000080">
      <w:pPr>
        <w:rPr/>
      </w:pPr>
      <w:r w:rsidDel="00000000" w:rsidR="00000000" w:rsidRPr="00000000">
        <w:rPr>
          <w:rtl w:val="0"/>
        </w:rPr>
        <w:t xml:space="preserve">Name: ______________________________________</w:t>
      </w:r>
    </w:p>
    <w:p w:rsidR="00000000" w:rsidDel="00000000" w:rsidP="00000000" w:rsidRDefault="00000000" w:rsidRPr="00000000" w14:paraId="00000081">
      <w:pPr>
        <w:rPr/>
      </w:pPr>
      <w:r w:rsidDel="00000000" w:rsidR="00000000" w:rsidRPr="00000000">
        <w:rPr>
          <w:rtl w:val="0"/>
        </w:rPr>
        <w:t xml:space="preserve">What was your story about?</w:t>
        <w:br w:type="textWrapping"/>
        <w:t xml:space="preserve">______________________________________________________________________________</w:t>
      </w:r>
    </w:p>
    <w:p w:rsidR="00000000" w:rsidDel="00000000" w:rsidP="00000000" w:rsidRDefault="00000000" w:rsidRPr="00000000" w14:paraId="00000082">
      <w:pPr>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083">
      <w:pPr>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084">
      <w:pPr>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085">
      <w:pPr>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t xml:space="preserve">What was your favorite part of making this podcast?</w:t>
        <w:br w:type="textWrapping"/>
        <w:t xml:space="preserve">______________________________________________________________________________</w:t>
      </w:r>
    </w:p>
    <w:p w:rsidR="00000000" w:rsidDel="00000000" w:rsidP="00000000" w:rsidRDefault="00000000" w:rsidRPr="00000000" w14:paraId="00000088">
      <w:pPr>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089">
      <w:pPr>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08A">
      <w:pPr>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08B">
      <w:pPr>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t xml:space="preserve">Was anything harder than you expected?</w:t>
        <w:br w:type="textWrapping"/>
        <w:t xml:space="preserve">______________________________________________________________________________</w:t>
      </w:r>
    </w:p>
    <w:p w:rsidR="00000000" w:rsidDel="00000000" w:rsidP="00000000" w:rsidRDefault="00000000" w:rsidRPr="00000000" w14:paraId="0000008E">
      <w:pPr>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08F">
      <w:pPr>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090">
      <w:pPr>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091">
      <w:pPr>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092">
      <w:pPr>
        <w:rPr/>
      </w:pPr>
      <w:r w:rsidDel="00000000" w:rsidR="00000000" w:rsidRPr="00000000">
        <w:rPr>
          <w:rtl w:val="0"/>
        </w:rPr>
        <w:br w:type="textWrapping"/>
      </w:r>
      <w:r w:rsidDel="00000000" w:rsidR="00000000" w:rsidRPr="00000000">
        <w:br w:type="page"/>
      </w:r>
      <w:r w:rsidDel="00000000" w:rsidR="00000000" w:rsidRPr="00000000">
        <w:rPr>
          <w:rtl w:val="0"/>
        </w:rPr>
      </w:r>
    </w:p>
    <w:p w:rsidR="00000000" w:rsidDel="00000000" w:rsidP="00000000" w:rsidRDefault="00000000" w:rsidRPr="00000000" w14:paraId="00000093">
      <w:pPr>
        <w:rPr/>
      </w:pPr>
      <w:r w:rsidDel="00000000" w:rsidR="00000000" w:rsidRPr="00000000">
        <w:rPr>
          <w:rtl w:val="0"/>
        </w:rPr>
        <w:t xml:space="preserve">What would you do differently next time?</w:t>
        <w:br w:type="textWrapping"/>
        <w:t xml:space="preserve">______________________________________________________________________________</w:t>
      </w:r>
    </w:p>
    <w:p w:rsidR="00000000" w:rsidDel="00000000" w:rsidP="00000000" w:rsidRDefault="00000000" w:rsidRPr="00000000" w14:paraId="00000094">
      <w:pPr>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095">
      <w:pPr>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096">
      <w:pPr>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097">
      <w:pPr>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pPr>
      <w:r w:rsidDel="00000000" w:rsidR="00000000" w:rsidRPr="00000000">
        <w:rPr>
          <w:rtl w:val="0"/>
        </w:rPr>
        <w:t xml:space="preserve">What do you hope your listeners learn or feel from your story?</w:t>
        <w:br w:type="textWrapping"/>
        <w:t xml:space="preserve">______________________________________________________________________________</w:t>
      </w:r>
    </w:p>
    <w:p w:rsidR="00000000" w:rsidDel="00000000" w:rsidP="00000000" w:rsidRDefault="00000000" w:rsidRPr="00000000" w14:paraId="0000009A">
      <w:pPr>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09B">
      <w:pPr>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09C">
      <w:pPr>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09D">
      <w:pPr>
        <w:rPr/>
      </w:pP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09E">
      <w:pPr>
        <w:rPr/>
      </w:pPr>
      <w:r w:rsidDel="00000000" w:rsidR="00000000" w:rsidRPr="00000000">
        <w:rPr>
          <w:rtl w:val="0"/>
        </w:rPr>
      </w:r>
    </w:p>
    <w:sectPr>
      <w:pgSz w:h="15840" w:w="12240" w:orient="portrait"/>
      <w:pgMar w:bottom="1440" w:top="1440" w:left="1800" w:right="18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Nun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unito Black">
    <w:embedBold w:fontKey="{00000000-0000-0000-0000-000000000000}" r:id="rId5" w:subsetted="0"/>
    <w:embedBoldItalic w:fontKey="{00000000-0000-0000-0000-000000000000}" r:id="rId6" w:subsetted="0"/>
  </w:font>
  <w:font w:name="Nunito Light">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Nunito Light" w:cs="Nunito Light" w:eastAsia="Nunito Light" w:hAnsi="Nunito Light"/>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40" w:before="240" w:lineRule="auto"/>
    </w:pPr>
    <w:rPr>
      <w:rFonts w:ascii="Nunito Black" w:cs="Nunito Black" w:eastAsia="Nunito Black" w:hAnsi="Nunito Black"/>
      <w:sz w:val="28"/>
      <w:szCs w:val="28"/>
    </w:rPr>
  </w:style>
  <w:style w:type="paragraph" w:styleId="Heading2">
    <w:name w:val="heading 2"/>
    <w:basedOn w:val="Normal"/>
    <w:next w:val="Normal"/>
    <w:pPr>
      <w:keepNext w:val="1"/>
      <w:keepLines w:val="1"/>
      <w:spacing w:after="0" w:before="200" w:lineRule="auto"/>
    </w:pPr>
    <w:rPr>
      <w:rFonts w:ascii="Nunito" w:cs="Nunito" w:eastAsia="Nunito" w:hAnsi="Nunito"/>
      <w:b w:val="1"/>
      <w:sz w:val="26"/>
      <w:szCs w:val="26"/>
    </w:rPr>
  </w:style>
  <w:style w:type="paragraph" w:styleId="Heading3">
    <w:name w:val="heading 3"/>
    <w:basedOn w:val="Normal"/>
    <w:next w:val="Normal"/>
    <w:pPr>
      <w:keepNext w:val="1"/>
      <w:keepLines w:val="1"/>
      <w:spacing w:after="0" w:before="200" w:lineRule="auto"/>
    </w:pPr>
    <w:rPr>
      <w:rFonts w:ascii="Nunito" w:cs="Nunito" w:eastAsia="Nunito" w:hAnsi="Nunito"/>
      <w:b w:val="1"/>
    </w:rPr>
  </w:style>
  <w:style w:type="paragraph" w:styleId="Heading4">
    <w:name w:val="heading 4"/>
    <w:basedOn w:val="Normal"/>
    <w:next w:val="Normal"/>
    <w:pPr>
      <w:keepNext w:val="1"/>
      <w:keepLines w:val="1"/>
      <w:spacing w:after="0" w:before="200" w:lineRule="auto"/>
    </w:pPr>
    <w:rPr>
      <w:rFonts w:ascii="Calibri" w:cs="Calibri" w:eastAsia="Calibri" w:hAnsi="Calibri"/>
      <w:b w:val="1"/>
      <w:i w:val="1"/>
      <w:color w:val="4f81bd"/>
    </w:rPr>
  </w:style>
  <w:style w:type="paragraph" w:styleId="Heading5">
    <w:name w:val="heading 5"/>
    <w:basedOn w:val="Normal"/>
    <w:next w:val="Normal"/>
    <w:pPr>
      <w:keepNext w:val="1"/>
      <w:keepLines w:val="1"/>
      <w:spacing w:after="0" w:before="200" w:lineRule="auto"/>
    </w:pPr>
    <w:rPr>
      <w:rFonts w:ascii="Calibri" w:cs="Calibri" w:eastAsia="Calibri" w:hAnsi="Calibri"/>
      <w:color w:val="243f61"/>
    </w:rPr>
  </w:style>
  <w:style w:type="paragraph" w:styleId="Heading6">
    <w:name w:val="heading 6"/>
    <w:basedOn w:val="Normal"/>
    <w:next w:val="Normal"/>
    <w:pPr>
      <w:keepNext w:val="1"/>
      <w:keepLines w:val="1"/>
      <w:spacing w:after="0" w:before="200" w:lineRule="auto"/>
    </w:pPr>
    <w:rPr>
      <w:rFonts w:ascii="Calibri" w:cs="Calibri" w:eastAsia="Calibri" w:hAnsi="Calibri"/>
      <w:i w:val="1"/>
      <w:color w:val="243f61"/>
    </w:rPr>
  </w:style>
  <w:style w:type="paragraph" w:styleId="Title">
    <w:name w:val="Title"/>
    <w:basedOn w:val="Normal"/>
    <w:next w:val="Normal"/>
    <w:pPr>
      <w:pBdr>
        <w:bottom w:color="4f81bd" w:space="4" w:sz="8" w:val="single"/>
      </w:pBdr>
      <w:spacing w:after="300" w:line="240" w:lineRule="auto"/>
    </w:pPr>
    <w:rPr>
      <w:rFonts w:ascii="Nunito Black" w:cs="Nunito Black" w:eastAsia="Nunito Black" w:hAnsi="Nunito Black"/>
      <w:color w:val="17365d"/>
      <w:sz w:val="52"/>
      <w:szCs w:val="52"/>
    </w:rPr>
  </w:style>
  <w:style w:type="paragraph" w:styleId="Normal" w:default="1">
    <w:name w:val="Normal"/>
    <w:qFormat w:val="1"/>
    <w:rsid w:val="00FC693F"/>
  </w:style>
  <w:style w:type="paragraph" w:styleId="Header">
    <w:name w:val="header"/>
    <w:basedOn w:val="Normal"/>
    <w:link w:val="HeaderChar"/>
    <w:uiPriority w:val="99"/>
    <w:unhideWhenUsed w:val="1"/>
    <w:rsid w:val="00E618BF"/>
    <w:pPr>
      <w:tabs>
        <w:tab w:val="center" w:pos="4680"/>
        <w:tab w:val="right" w:pos="9360"/>
      </w:tabs>
      <w:spacing w:after="0" w:line="240" w:lineRule="auto"/>
    </w:pPr>
  </w:style>
  <w:style w:type="character" w:styleId="HeaderChar" w:customStyle="1">
    <w:name w:val="Header Char"/>
    <w:basedOn w:val="DefaultParagraphFont"/>
    <w:link w:val="Header"/>
    <w:uiPriority w:val="99"/>
    <w:rsid w:val="00E618BF"/>
  </w:style>
  <w:style w:type="paragraph" w:styleId="Footer">
    <w:name w:val="footer"/>
    <w:basedOn w:val="Normal"/>
    <w:link w:val="FooterChar"/>
    <w:uiPriority w:val="99"/>
    <w:unhideWhenUsed w:val="1"/>
    <w:rsid w:val="00E618BF"/>
    <w:pPr>
      <w:tabs>
        <w:tab w:val="center" w:pos="4680"/>
        <w:tab w:val="right" w:pos="9360"/>
      </w:tabs>
      <w:spacing w:after="0" w:line="240" w:lineRule="auto"/>
    </w:pPr>
  </w:style>
  <w:style w:type="character" w:styleId="FooterChar" w:customStyle="1">
    <w:name w:val="Footer Char"/>
    <w:basedOn w:val="DefaultParagraphFont"/>
    <w:link w:val="Footer"/>
    <w:uiPriority w:val="99"/>
    <w:rsid w:val="00E618BF"/>
  </w:style>
  <w:style w:type="paragraph" w:styleId="Heading1">
    <w:name w:val="heading 1"/>
    <w:basedOn w:val="Normal"/>
    <w:next w:val="Normal"/>
    <w:link w:val="Heading1Char"/>
    <w:uiPriority w:val="9"/>
    <w:qFormat w:val="1"/>
    <w:rsid w:val="00FC693F"/>
    <w:pPr>
      <w:keepNext w:val="1"/>
      <w:keepLines w:val="1"/>
      <w:spacing w:after="0" w:before="480"/>
      <w:outlineLvl w:val="0"/>
    </w:pPr>
    <w:rPr>
      <w:rFonts w:asciiTheme="majorHAnsi" w:cstheme="majorBidi" w:eastAsiaTheme="majorEastAsia" w:hAnsiTheme="majorHAnsi"/>
      <w:b w:val="1"/>
      <w:bCs w:val="1"/>
      <w:color w:val="365f91" w:themeColor="accent1" w:themeShade="0000BF"/>
      <w:sz w:val="28"/>
      <w:szCs w:val="28"/>
    </w:rPr>
  </w:style>
  <w:style w:type="paragraph" w:styleId="Heading2">
    <w:name w:val="heading 2"/>
    <w:basedOn w:val="Normal"/>
    <w:next w:val="Normal"/>
    <w:link w:val="Heading2Char"/>
    <w:uiPriority w:val="9"/>
    <w:unhideWhenUsed w:val="1"/>
    <w:qFormat w:val="1"/>
    <w:rsid w:val="00FC693F"/>
    <w:pPr>
      <w:keepNext w:val="1"/>
      <w:keepLines w:val="1"/>
      <w:spacing w:after="0" w:before="200"/>
      <w:outlineLvl w:val="1"/>
    </w:pPr>
    <w:rPr>
      <w:rFonts w:asciiTheme="majorHAnsi" w:cstheme="majorBidi" w:eastAsiaTheme="majorEastAsia" w:hAnsiTheme="majorHAnsi"/>
      <w:b w:val="1"/>
      <w:bCs w:val="1"/>
      <w:color w:val="4f81bd" w:themeColor="accent1"/>
      <w:sz w:val="26"/>
      <w:szCs w:val="26"/>
    </w:rPr>
  </w:style>
  <w:style w:type="paragraph" w:styleId="Heading3">
    <w:name w:val="heading 3"/>
    <w:basedOn w:val="Normal"/>
    <w:next w:val="Normal"/>
    <w:link w:val="Heading3Char"/>
    <w:uiPriority w:val="9"/>
    <w:unhideWhenUsed w:val="1"/>
    <w:qFormat w:val="1"/>
    <w:rsid w:val="00FC693F"/>
    <w:pPr>
      <w:keepNext w:val="1"/>
      <w:keepLines w:val="1"/>
      <w:spacing w:after="0" w:before="200"/>
      <w:outlineLvl w:val="2"/>
    </w:pPr>
    <w:rPr>
      <w:rFonts w:asciiTheme="majorHAnsi" w:cstheme="majorBidi" w:eastAsiaTheme="majorEastAsia" w:hAnsiTheme="majorHAnsi"/>
      <w:b w:val="1"/>
      <w:bCs w:val="1"/>
      <w:color w:val="4f81bd" w:themeColor="accent1"/>
    </w:rPr>
  </w:style>
  <w:style w:type="paragraph" w:styleId="Heading4">
    <w:name w:val="heading 4"/>
    <w:basedOn w:val="Normal"/>
    <w:next w:val="Normal"/>
    <w:link w:val="Heading4Char"/>
    <w:uiPriority w:val="9"/>
    <w:semiHidden w:val="1"/>
    <w:unhideWhenUsed w:val="1"/>
    <w:qFormat w:val="1"/>
    <w:rsid w:val="00FC693F"/>
    <w:pPr>
      <w:keepNext w:val="1"/>
      <w:keepLines w:val="1"/>
      <w:spacing w:after="0" w:before="200"/>
      <w:outlineLvl w:val="3"/>
    </w:pPr>
    <w:rPr>
      <w:rFonts w:asciiTheme="majorHAnsi" w:cstheme="majorBidi" w:eastAsiaTheme="majorEastAsia" w:hAnsiTheme="majorHAnsi"/>
      <w:b w:val="1"/>
      <w:bCs w:val="1"/>
      <w:i w:val="1"/>
      <w:iCs w:val="1"/>
      <w:color w:val="4f81bd" w:themeColor="accent1"/>
    </w:rPr>
  </w:style>
  <w:style w:type="paragraph" w:styleId="Heading5">
    <w:name w:val="heading 5"/>
    <w:basedOn w:val="Normal"/>
    <w:next w:val="Normal"/>
    <w:link w:val="Heading5Char"/>
    <w:uiPriority w:val="9"/>
    <w:semiHidden w:val="1"/>
    <w:unhideWhenUsed w:val="1"/>
    <w:qFormat w:val="1"/>
    <w:rsid w:val="00FC693F"/>
    <w:pPr>
      <w:keepNext w:val="1"/>
      <w:keepLines w:val="1"/>
      <w:spacing w:after="0" w:before="200"/>
      <w:outlineLvl w:val="4"/>
    </w:pPr>
    <w:rPr>
      <w:rFonts w:asciiTheme="majorHAnsi" w:cstheme="majorBidi" w:eastAsiaTheme="majorEastAsia" w:hAnsiTheme="majorHAnsi"/>
      <w:color w:val="243f60" w:themeColor="accent1" w:themeShade="00007F"/>
    </w:rPr>
  </w:style>
  <w:style w:type="paragraph" w:styleId="Heading6">
    <w:name w:val="heading 6"/>
    <w:basedOn w:val="Normal"/>
    <w:next w:val="Normal"/>
    <w:link w:val="Heading6Char"/>
    <w:uiPriority w:val="9"/>
    <w:semiHidden w:val="1"/>
    <w:unhideWhenUsed w:val="1"/>
    <w:qFormat w:val="1"/>
    <w:rsid w:val="00FC693F"/>
    <w:pPr>
      <w:keepNext w:val="1"/>
      <w:keepLines w:val="1"/>
      <w:spacing w:after="0" w:before="200"/>
      <w:outlineLvl w:val="5"/>
    </w:pPr>
    <w:rPr>
      <w:rFonts w:asciiTheme="majorHAnsi" w:cstheme="majorBidi" w:eastAsiaTheme="majorEastAsia" w:hAnsiTheme="majorHAnsi"/>
      <w:i w:val="1"/>
      <w:iCs w:val="1"/>
      <w:color w:val="243f60" w:themeColor="accent1" w:themeShade="00007F"/>
    </w:rPr>
  </w:style>
  <w:style w:type="paragraph" w:styleId="Heading7">
    <w:name w:val="heading 7"/>
    <w:basedOn w:val="Normal"/>
    <w:next w:val="Normal"/>
    <w:link w:val="Heading7Char"/>
    <w:uiPriority w:val="9"/>
    <w:semiHidden w:val="1"/>
    <w:unhideWhenUsed w:val="1"/>
    <w:qFormat w:val="1"/>
    <w:rsid w:val="00FC693F"/>
    <w:pPr>
      <w:keepNext w:val="1"/>
      <w:keepLines w:val="1"/>
      <w:spacing w:after="0" w:before="200"/>
      <w:outlineLvl w:val="6"/>
    </w:pPr>
    <w:rPr>
      <w:rFonts w:asciiTheme="majorHAnsi" w:cstheme="majorBidi" w:eastAsiaTheme="majorEastAsia" w:hAnsiTheme="majorHAnsi"/>
      <w:i w:val="1"/>
      <w:iCs w:val="1"/>
      <w:color w:val="404040" w:themeColor="text1" w:themeTint="0000BF"/>
    </w:rPr>
  </w:style>
  <w:style w:type="paragraph" w:styleId="Heading8">
    <w:name w:val="heading 8"/>
    <w:basedOn w:val="Normal"/>
    <w:next w:val="Normal"/>
    <w:link w:val="Heading8Char"/>
    <w:uiPriority w:val="9"/>
    <w:semiHidden w:val="1"/>
    <w:unhideWhenUsed w:val="1"/>
    <w:qFormat w:val="1"/>
    <w:rsid w:val="00FC693F"/>
    <w:pPr>
      <w:keepNext w:val="1"/>
      <w:keepLines w:val="1"/>
      <w:spacing w:after="0" w:before="200"/>
      <w:outlineLvl w:val="7"/>
    </w:pPr>
    <w:rPr>
      <w:rFonts w:asciiTheme="majorHAnsi" w:cstheme="majorBidi" w:eastAsiaTheme="majorEastAsia" w:hAnsiTheme="majorHAnsi"/>
      <w:color w:val="4f81bd" w:themeColor="accent1"/>
      <w:sz w:val="20"/>
      <w:szCs w:val="20"/>
    </w:rPr>
  </w:style>
  <w:style w:type="paragraph" w:styleId="Heading9">
    <w:name w:val="heading 9"/>
    <w:basedOn w:val="Normal"/>
    <w:next w:val="Normal"/>
    <w:link w:val="Heading9Char"/>
    <w:uiPriority w:val="9"/>
    <w:semiHidden w:val="1"/>
    <w:unhideWhenUsed w:val="1"/>
    <w:qFormat w:val="1"/>
    <w:rsid w:val="00FC693F"/>
    <w:pPr>
      <w:keepNext w:val="1"/>
      <w:keepLines w:val="1"/>
      <w:spacing w:after="0" w:before="200"/>
      <w:outlineLvl w:val="8"/>
    </w:pPr>
    <w:rPr>
      <w:rFonts w:asciiTheme="majorHAnsi" w:cstheme="majorBidi" w:eastAsiaTheme="majorEastAsia" w:hAnsiTheme="majorHAnsi"/>
      <w:i w:val="1"/>
      <w:iCs w:val="1"/>
      <w:color w:val="404040" w:themeColor="text1" w:themeTint="0000BF"/>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Spacing">
    <w:name w:val="No Spacing"/>
    <w:uiPriority w:val="1"/>
    <w:qFormat w:val="1"/>
    <w:rsid w:val="00FC693F"/>
    <w:pPr>
      <w:spacing w:after="0" w:line="240" w:lineRule="auto"/>
    </w:pPr>
  </w:style>
  <w:style w:type="character" w:styleId="Heading1Char" w:customStyle="1">
    <w:name w:val="Heading 1 Char"/>
    <w:basedOn w:val="DefaultParagraphFont"/>
    <w:link w:val="Heading1"/>
    <w:uiPriority w:val="9"/>
    <w:rsid w:val="00FC693F"/>
    <w:rPr>
      <w:rFonts w:asciiTheme="majorHAnsi" w:cstheme="majorBidi" w:eastAsiaTheme="majorEastAsia" w:hAnsiTheme="majorHAnsi"/>
      <w:b w:val="1"/>
      <w:bCs w:val="1"/>
      <w:color w:val="365f91" w:themeColor="accent1" w:themeShade="0000BF"/>
      <w:sz w:val="28"/>
      <w:szCs w:val="28"/>
    </w:rPr>
  </w:style>
  <w:style w:type="character" w:styleId="Heading2Char" w:customStyle="1">
    <w:name w:val="Heading 2 Char"/>
    <w:basedOn w:val="DefaultParagraphFont"/>
    <w:link w:val="Heading2"/>
    <w:uiPriority w:val="9"/>
    <w:rsid w:val="00FC693F"/>
    <w:rPr>
      <w:rFonts w:asciiTheme="majorHAnsi" w:cstheme="majorBidi" w:eastAsiaTheme="majorEastAsia" w:hAnsiTheme="majorHAnsi"/>
      <w:b w:val="1"/>
      <w:bCs w:val="1"/>
      <w:color w:val="4f81bd" w:themeColor="accent1"/>
      <w:sz w:val="26"/>
      <w:szCs w:val="26"/>
    </w:rPr>
  </w:style>
  <w:style w:type="character" w:styleId="Heading3Char" w:customStyle="1">
    <w:name w:val="Heading 3 Char"/>
    <w:basedOn w:val="DefaultParagraphFont"/>
    <w:link w:val="Heading3"/>
    <w:uiPriority w:val="9"/>
    <w:rsid w:val="00FC693F"/>
    <w:rPr>
      <w:rFonts w:asciiTheme="majorHAnsi" w:cstheme="majorBidi" w:eastAsiaTheme="majorEastAsia" w:hAnsiTheme="majorHAnsi"/>
      <w:b w:val="1"/>
      <w:bCs w:val="1"/>
      <w:color w:val="4f81bd" w:themeColor="accent1"/>
    </w:rPr>
  </w:style>
  <w:style w:type="paragraph" w:styleId="Title">
    <w:name w:val="Title"/>
    <w:basedOn w:val="Normal"/>
    <w:next w:val="Normal"/>
    <w:link w:val="TitleChar"/>
    <w:uiPriority w:val="10"/>
    <w:qFormat w:val="1"/>
    <w:rsid w:val="00FC693F"/>
    <w:pPr>
      <w:pBdr>
        <w:bottom w:color="4f81bd" w:space="4" w:sz="8" w:themeColor="accent1" w:val="single"/>
      </w:pBdr>
      <w:spacing w:after="300" w:line="240" w:lineRule="auto"/>
      <w:contextualSpacing w:val="1"/>
    </w:pPr>
    <w:rPr>
      <w:rFonts w:asciiTheme="majorHAnsi" w:cstheme="majorBidi" w:eastAsiaTheme="majorEastAsia" w:hAnsiTheme="majorHAnsi"/>
      <w:color w:val="17365d" w:themeColor="text2" w:themeShade="0000BF"/>
      <w:spacing w:val="5"/>
      <w:kern w:val="28"/>
      <w:sz w:val="52"/>
      <w:szCs w:val="52"/>
    </w:rPr>
  </w:style>
  <w:style w:type="character" w:styleId="TitleChar" w:customStyle="1">
    <w:name w:val="Title Char"/>
    <w:basedOn w:val="DefaultParagraphFont"/>
    <w:link w:val="Title"/>
    <w:uiPriority w:val="10"/>
    <w:rsid w:val="00FC693F"/>
    <w:rPr>
      <w:rFonts w:asciiTheme="majorHAnsi" w:cstheme="majorBidi" w:eastAsiaTheme="majorEastAsia" w:hAnsiTheme="majorHAnsi"/>
      <w:color w:val="17365d" w:themeColor="text2" w:themeShade="0000BF"/>
      <w:spacing w:val="5"/>
      <w:kern w:val="28"/>
      <w:sz w:val="52"/>
      <w:szCs w:val="52"/>
    </w:rPr>
  </w:style>
  <w:style w:type="paragraph" w:styleId="Subtitle">
    <w:name w:val="Subtitle"/>
    <w:basedOn w:val="Normal"/>
    <w:next w:val="Normal"/>
    <w:link w:val="SubtitleChar"/>
    <w:uiPriority w:val="11"/>
    <w:qFormat w:val="1"/>
    <w:rsid w:val="00FC693F"/>
    <w:pPr>
      <w:numPr>
        <w:ilvl w:val="1"/>
      </w:numPr>
    </w:pPr>
    <w:rPr>
      <w:rFonts w:asciiTheme="majorHAnsi" w:cstheme="majorBidi" w:eastAsiaTheme="majorEastAsia" w:hAnsiTheme="majorHAnsi"/>
      <w:i w:val="1"/>
      <w:iCs w:val="1"/>
      <w:color w:val="4f81bd" w:themeColor="accent1"/>
      <w:spacing w:val="15"/>
      <w:sz w:val="24"/>
      <w:szCs w:val="24"/>
    </w:rPr>
  </w:style>
  <w:style w:type="character" w:styleId="SubtitleChar" w:customStyle="1">
    <w:name w:val="Subtitle Char"/>
    <w:basedOn w:val="DefaultParagraphFont"/>
    <w:link w:val="Subtitle"/>
    <w:uiPriority w:val="11"/>
    <w:rsid w:val="00FC693F"/>
    <w:rPr>
      <w:rFonts w:asciiTheme="majorHAnsi" w:cstheme="majorBidi" w:eastAsiaTheme="majorEastAsia" w:hAnsiTheme="majorHAnsi"/>
      <w:i w:val="1"/>
      <w:iCs w:val="1"/>
      <w:color w:val="4f81bd" w:themeColor="accent1"/>
      <w:spacing w:val="15"/>
      <w:sz w:val="24"/>
      <w:szCs w:val="24"/>
    </w:rPr>
  </w:style>
  <w:style w:type="paragraph" w:styleId="ListParagraph">
    <w:name w:val="List Paragraph"/>
    <w:basedOn w:val="Normal"/>
    <w:uiPriority w:val="34"/>
    <w:qFormat w:val="1"/>
    <w:rsid w:val="00FC693F"/>
    <w:pPr>
      <w:ind w:left="720"/>
      <w:contextualSpacing w:val="1"/>
    </w:pPr>
  </w:style>
  <w:style w:type="paragraph" w:styleId="BodyText">
    <w:name w:val="Body Text"/>
    <w:basedOn w:val="Normal"/>
    <w:link w:val="BodyTextChar"/>
    <w:uiPriority w:val="99"/>
    <w:unhideWhenUsed w:val="1"/>
    <w:rsid w:val="00AA1D8D"/>
    <w:pPr>
      <w:spacing w:after="120"/>
    </w:pPr>
  </w:style>
  <w:style w:type="character" w:styleId="BodyTextChar" w:customStyle="1">
    <w:name w:val="Body Text Char"/>
    <w:basedOn w:val="DefaultParagraphFont"/>
    <w:link w:val="BodyText"/>
    <w:uiPriority w:val="99"/>
    <w:rsid w:val="00AA1D8D"/>
  </w:style>
  <w:style w:type="paragraph" w:styleId="BodyText2">
    <w:name w:val="Body Text 2"/>
    <w:basedOn w:val="Normal"/>
    <w:link w:val="BodyText2Char"/>
    <w:uiPriority w:val="99"/>
    <w:unhideWhenUsed w:val="1"/>
    <w:rsid w:val="00AA1D8D"/>
    <w:pPr>
      <w:spacing w:after="120" w:line="480" w:lineRule="auto"/>
    </w:pPr>
  </w:style>
  <w:style w:type="character" w:styleId="BodyText2Char" w:customStyle="1">
    <w:name w:val="Body Text 2 Char"/>
    <w:basedOn w:val="DefaultParagraphFont"/>
    <w:link w:val="BodyText2"/>
    <w:uiPriority w:val="99"/>
    <w:rsid w:val="00AA1D8D"/>
  </w:style>
  <w:style w:type="paragraph" w:styleId="BodyText3">
    <w:name w:val="Body Text 3"/>
    <w:basedOn w:val="Normal"/>
    <w:link w:val="BodyText3Char"/>
    <w:uiPriority w:val="99"/>
    <w:unhideWhenUsed w:val="1"/>
    <w:rsid w:val="00AA1D8D"/>
    <w:pPr>
      <w:spacing w:after="120"/>
    </w:pPr>
    <w:rPr>
      <w:sz w:val="16"/>
      <w:szCs w:val="16"/>
    </w:rPr>
  </w:style>
  <w:style w:type="character" w:styleId="BodyText3Char" w:customStyle="1">
    <w:name w:val="Body Text 3 Char"/>
    <w:basedOn w:val="DefaultParagraphFont"/>
    <w:link w:val="BodyText3"/>
    <w:uiPriority w:val="99"/>
    <w:rsid w:val="00AA1D8D"/>
    <w:rPr>
      <w:sz w:val="16"/>
      <w:szCs w:val="16"/>
    </w:rPr>
  </w:style>
  <w:style w:type="paragraph" w:styleId="List">
    <w:name w:val="List"/>
    <w:basedOn w:val="Normal"/>
    <w:uiPriority w:val="99"/>
    <w:unhideWhenUsed w:val="1"/>
    <w:rsid w:val="00AA1D8D"/>
    <w:pPr>
      <w:ind w:left="360" w:hanging="360"/>
      <w:contextualSpacing w:val="1"/>
    </w:pPr>
  </w:style>
  <w:style w:type="paragraph" w:styleId="List2">
    <w:name w:val="List 2"/>
    <w:basedOn w:val="Normal"/>
    <w:uiPriority w:val="99"/>
    <w:unhideWhenUsed w:val="1"/>
    <w:rsid w:val="00326F90"/>
    <w:pPr>
      <w:ind w:left="720" w:hanging="360"/>
      <w:contextualSpacing w:val="1"/>
    </w:pPr>
  </w:style>
  <w:style w:type="paragraph" w:styleId="List3">
    <w:name w:val="List 3"/>
    <w:basedOn w:val="Normal"/>
    <w:uiPriority w:val="99"/>
    <w:unhideWhenUsed w:val="1"/>
    <w:rsid w:val="00326F90"/>
    <w:pPr>
      <w:ind w:left="1080" w:hanging="360"/>
      <w:contextualSpacing w:val="1"/>
    </w:pPr>
  </w:style>
  <w:style w:type="paragraph" w:styleId="ListBullet">
    <w:name w:val="List Bullet"/>
    <w:basedOn w:val="Normal"/>
    <w:uiPriority w:val="99"/>
    <w:unhideWhenUsed w:val="1"/>
    <w:rsid w:val="00326F90"/>
    <w:pPr>
      <w:numPr>
        <w:numId w:val="1"/>
      </w:numPr>
      <w:contextualSpacing w:val="1"/>
    </w:pPr>
  </w:style>
  <w:style w:type="paragraph" w:styleId="ListBullet2">
    <w:name w:val="List Bullet 2"/>
    <w:basedOn w:val="Normal"/>
    <w:uiPriority w:val="99"/>
    <w:unhideWhenUsed w:val="1"/>
    <w:rsid w:val="00326F90"/>
    <w:pPr>
      <w:numPr>
        <w:numId w:val="2"/>
      </w:numPr>
      <w:contextualSpacing w:val="1"/>
    </w:pPr>
  </w:style>
  <w:style w:type="paragraph" w:styleId="ListBullet3">
    <w:name w:val="List Bullet 3"/>
    <w:basedOn w:val="Normal"/>
    <w:uiPriority w:val="99"/>
    <w:unhideWhenUsed w:val="1"/>
    <w:rsid w:val="00326F90"/>
    <w:pPr>
      <w:numPr>
        <w:numId w:val="3"/>
      </w:numPr>
      <w:contextualSpacing w:val="1"/>
    </w:pPr>
  </w:style>
  <w:style w:type="paragraph" w:styleId="ListNumber">
    <w:name w:val="List Number"/>
    <w:basedOn w:val="Normal"/>
    <w:uiPriority w:val="99"/>
    <w:unhideWhenUsed w:val="1"/>
    <w:rsid w:val="00326F90"/>
    <w:pPr>
      <w:numPr>
        <w:numId w:val="5"/>
      </w:numPr>
      <w:contextualSpacing w:val="1"/>
    </w:pPr>
  </w:style>
  <w:style w:type="paragraph" w:styleId="ListNumber2">
    <w:name w:val="List Number 2"/>
    <w:basedOn w:val="Normal"/>
    <w:uiPriority w:val="99"/>
    <w:unhideWhenUsed w:val="1"/>
    <w:rsid w:val="0029639D"/>
    <w:pPr>
      <w:numPr>
        <w:numId w:val="6"/>
      </w:numPr>
      <w:contextualSpacing w:val="1"/>
    </w:pPr>
  </w:style>
  <w:style w:type="paragraph" w:styleId="ListNumber3">
    <w:name w:val="List Number 3"/>
    <w:basedOn w:val="Normal"/>
    <w:uiPriority w:val="99"/>
    <w:unhideWhenUsed w:val="1"/>
    <w:rsid w:val="0029639D"/>
    <w:pPr>
      <w:numPr>
        <w:numId w:val="7"/>
      </w:numPr>
      <w:contextualSpacing w:val="1"/>
    </w:pPr>
  </w:style>
  <w:style w:type="paragraph" w:styleId="ListContinue">
    <w:name w:val="List Continue"/>
    <w:basedOn w:val="Normal"/>
    <w:uiPriority w:val="99"/>
    <w:unhideWhenUsed w:val="1"/>
    <w:rsid w:val="0029639D"/>
    <w:pPr>
      <w:spacing w:after="120"/>
      <w:ind w:left="360"/>
      <w:contextualSpacing w:val="1"/>
    </w:pPr>
  </w:style>
  <w:style w:type="paragraph" w:styleId="ListContinue2">
    <w:name w:val="List Continue 2"/>
    <w:basedOn w:val="Normal"/>
    <w:uiPriority w:val="99"/>
    <w:unhideWhenUsed w:val="1"/>
    <w:rsid w:val="0029639D"/>
    <w:pPr>
      <w:spacing w:after="120"/>
      <w:ind w:left="720"/>
      <w:contextualSpacing w:val="1"/>
    </w:pPr>
  </w:style>
  <w:style w:type="paragraph" w:styleId="ListContinue3">
    <w:name w:val="List Continue 3"/>
    <w:basedOn w:val="Normal"/>
    <w:uiPriority w:val="99"/>
    <w:unhideWhenUsed w:val="1"/>
    <w:rsid w:val="0029639D"/>
    <w:pPr>
      <w:spacing w:after="120"/>
      <w:ind w:left="1080"/>
      <w:contextualSpacing w:val="1"/>
    </w:pPr>
  </w:style>
  <w:style w:type="paragraph" w:styleId="MacroText">
    <w:name w:val="macro"/>
    <w:link w:val="MacroTextChar"/>
    <w:uiPriority w:val="99"/>
    <w:unhideWhenUsed w:val="1"/>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styleId="MacroTextChar" w:customStyle="1">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val="1"/>
    <w:rsid w:val="00FC693F"/>
    <w:rPr>
      <w:i w:val="1"/>
      <w:iCs w:val="1"/>
      <w:color w:val="000000" w:themeColor="text1"/>
    </w:rPr>
  </w:style>
  <w:style w:type="character" w:styleId="QuoteChar" w:customStyle="1">
    <w:name w:val="Quote Char"/>
    <w:basedOn w:val="DefaultParagraphFont"/>
    <w:link w:val="Quote"/>
    <w:uiPriority w:val="29"/>
    <w:rsid w:val="00FC693F"/>
    <w:rPr>
      <w:i w:val="1"/>
      <w:iCs w:val="1"/>
      <w:color w:val="000000" w:themeColor="text1"/>
    </w:rPr>
  </w:style>
  <w:style w:type="character" w:styleId="Heading4Char" w:customStyle="1">
    <w:name w:val="Heading 4 Char"/>
    <w:basedOn w:val="DefaultParagraphFont"/>
    <w:link w:val="Heading4"/>
    <w:uiPriority w:val="9"/>
    <w:semiHidden w:val="1"/>
    <w:rsid w:val="00FC693F"/>
    <w:rPr>
      <w:rFonts w:asciiTheme="majorHAnsi" w:cstheme="majorBidi" w:eastAsiaTheme="majorEastAsia" w:hAnsiTheme="majorHAnsi"/>
      <w:b w:val="1"/>
      <w:bCs w:val="1"/>
      <w:i w:val="1"/>
      <w:iCs w:val="1"/>
      <w:color w:val="4f81bd" w:themeColor="accent1"/>
    </w:rPr>
  </w:style>
  <w:style w:type="character" w:styleId="Heading5Char" w:customStyle="1">
    <w:name w:val="Heading 5 Char"/>
    <w:basedOn w:val="DefaultParagraphFont"/>
    <w:link w:val="Heading5"/>
    <w:uiPriority w:val="9"/>
    <w:semiHidden w:val="1"/>
    <w:rsid w:val="00FC693F"/>
    <w:rPr>
      <w:rFonts w:asciiTheme="majorHAnsi" w:cstheme="majorBidi" w:eastAsiaTheme="majorEastAsia" w:hAnsiTheme="majorHAnsi"/>
      <w:color w:val="243f60" w:themeColor="accent1" w:themeShade="00007F"/>
    </w:rPr>
  </w:style>
  <w:style w:type="character" w:styleId="Heading6Char" w:customStyle="1">
    <w:name w:val="Heading 6 Char"/>
    <w:basedOn w:val="DefaultParagraphFont"/>
    <w:link w:val="Heading6"/>
    <w:uiPriority w:val="9"/>
    <w:semiHidden w:val="1"/>
    <w:rsid w:val="00FC693F"/>
    <w:rPr>
      <w:rFonts w:asciiTheme="majorHAnsi" w:cstheme="majorBidi" w:eastAsiaTheme="majorEastAsia" w:hAnsiTheme="majorHAnsi"/>
      <w:i w:val="1"/>
      <w:iCs w:val="1"/>
      <w:color w:val="243f60" w:themeColor="accent1" w:themeShade="00007F"/>
    </w:rPr>
  </w:style>
  <w:style w:type="character" w:styleId="Heading7Char" w:customStyle="1">
    <w:name w:val="Heading 7 Char"/>
    <w:basedOn w:val="DefaultParagraphFont"/>
    <w:link w:val="Heading7"/>
    <w:uiPriority w:val="9"/>
    <w:semiHidden w:val="1"/>
    <w:rsid w:val="00FC693F"/>
    <w:rPr>
      <w:rFonts w:asciiTheme="majorHAnsi" w:cstheme="majorBidi" w:eastAsiaTheme="majorEastAsia" w:hAnsiTheme="majorHAnsi"/>
      <w:i w:val="1"/>
      <w:iCs w:val="1"/>
      <w:color w:val="404040" w:themeColor="text1" w:themeTint="0000BF"/>
    </w:rPr>
  </w:style>
  <w:style w:type="character" w:styleId="Heading8Char" w:customStyle="1">
    <w:name w:val="Heading 8 Char"/>
    <w:basedOn w:val="DefaultParagraphFont"/>
    <w:link w:val="Heading8"/>
    <w:uiPriority w:val="9"/>
    <w:semiHidden w:val="1"/>
    <w:rsid w:val="00FC693F"/>
    <w:rPr>
      <w:rFonts w:asciiTheme="majorHAnsi" w:cstheme="majorBidi" w:eastAsiaTheme="majorEastAsia" w:hAnsiTheme="majorHAnsi"/>
      <w:color w:val="4f81bd" w:themeColor="accent1"/>
      <w:sz w:val="20"/>
      <w:szCs w:val="20"/>
    </w:rPr>
  </w:style>
  <w:style w:type="character" w:styleId="Heading9Char" w:customStyle="1">
    <w:name w:val="Heading 9 Char"/>
    <w:basedOn w:val="DefaultParagraphFont"/>
    <w:link w:val="Heading9"/>
    <w:uiPriority w:val="9"/>
    <w:semiHidden w:val="1"/>
    <w:rsid w:val="00FC693F"/>
    <w:rPr>
      <w:rFonts w:asciiTheme="majorHAnsi" w:cstheme="majorBidi" w:eastAsiaTheme="majorEastAsia" w:hAnsiTheme="majorHAnsi"/>
      <w:i w:val="1"/>
      <w:iCs w:val="1"/>
      <w:color w:val="404040" w:themeColor="text1" w:themeTint="0000BF"/>
      <w:sz w:val="20"/>
      <w:szCs w:val="20"/>
    </w:rPr>
  </w:style>
  <w:style w:type="paragraph" w:styleId="Caption">
    <w:name w:val="caption"/>
    <w:basedOn w:val="Normal"/>
    <w:next w:val="Normal"/>
    <w:uiPriority w:val="35"/>
    <w:semiHidden w:val="1"/>
    <w:unhideWhenUsed w:val="1"/>
    <w:qFormat w:val="1"/>
    <w:rsid w:val="00FC693F"/>
    <w:pPr>
      <w:spacing w:line="240" w:lineRule="auto"/>
    </w:pPr>
    <w:rPr>
      <w:b w:val="1"/>
      <w:bCs w:val="1"/>
      <w:color w:val="4f81bd" w:themeColor="accent1"/>
      <w:sz w:val="18"/>
      <w:szCs w:val="18"/>
    </w:rPr>
  </w:style>
  <w:style w:type="character" w:styleId="Strong">
    <w:name w:val="Strong"/>
    <w:basedOn w:val="DefaultParagraphFont"/>
    <w:uiPriority w:val="22"/>
    <w:qFormat w:val="1"/>
    <w:rsid w:val="00FC693F"/>
    <w:rPr>
      <w:b w:val="1"/>
      <w:bCs w:val="1"/>
    </w:rPr>
  </w:style>
  <w:style w:type="character" w:styleId="Emphasis">
    <w:name w:val="Emphasis"/>
    <w:basedOn w:val="DefaultParagraphFont"/>
    <w:uiPriority w:val="20"/>
    <w:qFormat w:val="1"/>
    <w:rsid w:val="00FC693F"/>
    <w:rPr>
      <w:i w:val="1"/>
      <w:iCs w:val="1"/>
    </w:rPr>
  </w:style>
  <w:style w:type="paragraph" w:styleId="IntenseQuote">
    <w:name w:val="Intense Quote"/>
    <w:basedOn w:val="Normal"/>
    <w:next w:val="Normal"/>
    <w:link w:val="IntenseQuoteChar"/>
    <w:uiPriority w:val="30"/>
    <w:qFormat w:val="1"/>
    <w:rsid w:val="00FC693F"/>
    <w:pPr>
      <w:pBdr>
        <w:bottom w:color="4f81bd" w:space="4" w:sz="4" w:themeColor="accent1" w:val="single"/>
      </w:pBdr>
      <w:spacing w:after="280" w:before="200"/>
      <w:ind w:left="936" w:right="936"/>
    </w:pPr>
    <w:rPr>
      <w:b w:val="1"/>
      <w:bCs w:val="1"/>
      <w:i w:val="1"/>
      <w:iCs w:val="1"/>
      <w:color w:val="4f81bd" w:themeColor="accent1"/>
    </w:rPr>
  </w:style>
  <w:style w:type="character" w:styleId="IntenseQuoteChar" w:customStyle="1">
    <w:name w:val="Intense Quote Char"/>
    <w:basedOn w:val="DefaultParagraphFont"/>
    <w:link w:val="IntenseQuote"/>
    <w:uiPriority w:val="30"/>
    <w:rsid w:val="00FC693F"/>
    <w:rPr>
      <w:b w:val="1"/>
      <w:bCs w:val="1"/>
      <w:i w:val="1"/>
      <w:iCs w:val="1"/>
      <w:color w:val="4f81bd" w:themeColor="accent1"/>
    </w:rPr>
  </w:style>
  <w:style w:type="character" w:styleId="SubtleEmphasis">
    <w:name w:val="Subtle Emphasis"/>
    <w:basedOn w:val="DefaultParagraphFont"/>
    <w:uiPriority w:val="19"/>
    <w:qFormat w:val="1"/>
    <w:rsid w:val="00FC693F"/>
    <w:rPr>
      <w:i w:val="1"/>
      <w:iCs w:val="1"/>
      <w:color w:val="808080" w:themeColor="text1" w:themeTint="00007F"/>
    </w:rPr>
  </w:style>
  <w:style w:type="character" w:styleId="IntenseEmphasis">
    <w:name w:val="Intense Emphasis"/>
    <w:basedOn w:val="DefaultParagraphFont"/>
    <w:uiPriority w:val="21"/>
    <w:qFormat w:val="1"/>
    <w:rsid w:val="00FC693F"/>
    <w:rPr>
      <w:b w:val="1"/>
      <w:bCs w:val="1"/>
      <w:i w:val="1"/>
      <w:iCs w:val="1"/>
      <w:color w:val="4f81bd" w:themeColor="accent1"/>
    </w:rPr>
  </w:style>
  <w:style w:type="character" w:styleId="SubtleReference">
    <w:name w:val="Subtle Reference"/>
    <w:basedOn w:val="DefaultParagraphFont"/>
    <w:uiPriority w:val="31"/>
    <w:qFormat w:val="1"/>
    <w:rsid w:val="00FC693F"/>
    <w:rPr>
      <w:smallCaps w:val="1"/>
      <w:color w:val="c0504d" w:themeColor="accent2"/>
      <w:u w:val="single"/>
    </w:rPr>
  </w:style>
  <w:style w:type="character" w:styleId="IntenseReference">
    <w:name w:val="Intense Reference"/>
    <w:basedOn w:val="DefaultParagraphFont"/>
    <w:uiPriority w:val="32"/>
    <w:qFormat w:val="1"/>
    <w:rsid w:val="00FC693F"/>
    <w:rPr>
      <w:b w:val="1"/>
      <w:bCs w:val="1"/>
      <w:smallCaps w:val="1"/>
      <w:color w:val="c0504d" w:themeColor="accent2"/>
      <w:spacing w:val="5"/>
      <w:u w:val="single"/>
    </w:rPr>
  </w:style>
  <w:style w:type="character" w:styleId="BookTitle">
    <w:name w:val="Book Title"/>
    <w:basedOn w:val="DefaultParagraphFont"/>
    <w:uiPriority w:val="33"/>
    <w:qFormat w:val="1"/>
    <w:rsid w:val="00FC693F"/>
    <w:rPr>
      <w:b w:val="1"/>
      <w:bCs w:val="1"/>
      <w:smallCaps w:val="1"/>
      <w:spacing w:val="5"/>
    </w:rPr>
  </w:style>
  <w:style w:type="paragraph" w:styleId="TOCHeading">
    <w:name w:val="TOC Heading"/>
    <w:basedOn w:val="Heading1"/>
    <w:next w:val="Normal"/>
    <w:uiPriority w:val="39"/>
    <w:semiHidden w:val="1"/>
    <w:unhideWhenUsed w:val="1"/>
    <w:qFormat w:val="1"/>
    <w:rsid w:val="00FC693F"/>
    <w:pPr>
      <w:outlineLvl w:val="9"/>
    </w:pPr>
  </w:style>
  <w:style w:type="table" w:styleId="TableGrid">
    <w:name w:val="Table Grid"/>
    <w:basedOn w:val="TableNormal"/>
    <w:uiPriority w:val="59"/>
    <w:rsid w:val="00FC693F"/>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LightShading">
    <w:name w:val="Light Shading"/>
    <w:basedOn w:val="TableNormal"/>
    <w:uiPriority w:val="60"/>
    <w:rsid w:val="00FC693F"/>
    <w:pPr>
      <w:spacing w:after="0" w:line="240" w:lineRule="auto"/>
    </w:pPr>
    <w:rPr>
      <w:color w:val="000000" w:themeColor="text1" w:themeShade="0000BF"/>
    </w:rPr>
    <w:tblPr>
      <w:tblStyleRowBandSize w:val="1"/>
      <w:tblStyleColBandSize w:val="1"/>
      <w:tblInd w:w="0.0" w:type="dxa"/>
      <w:tblBorders>
        <w:top w:color="000000" w:space="0" w:sz="8" w:themeColor="text1" w:val="single"/>
        <w:bottom w:color="000000" w:space="0" w:sz="8" w:themeColor="text1"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themeFill="text1" w:themeFillTint="00003F" w:val="clear"/>
      </w:tcPr>
    </w:tblStylePr>
    <w:tblStylePr w:type="band1Horz">
      <w:tblPr/>
      <w:tcPr>
        <w:tcBorders>
          <w:left w:space="0" w:sz="0" w:val="nil"/>
          <w:right w:space="0" w:sz="0" w:val="nil"/>
          <w:insideH w:space="0" w:sz="0" w:val="nil"/>
          <w:insideV w:space="0" w:sz="0" w:val="nil"/>
        </w:tcBorders>
        <w:shd w:color="auto" w:fill="c0c0c0" w:themeFill="text1" w:themeFillTint="00003F" w:val="clear"/>
      </w:tcPr>
    </w:tblStylePr>
  </w:style>
  <w:style w:type="table" w:styleId="LightShading-Accent1">
    <w:name w:val="Light Shading Accent 1"/>
    <w:basedOn w:val="TableNormal"/>
    <w:uiPriority w:val="60"/>
    <w:rsid w:val="00FC693F"/>
    <w:pPr>
      <w:spacing w:after="0" w:line="240" w:lineRule="auto"/>
    </w:pPr>
    <w:rPr>
      <w:color w:val="365f91" w:themeColor="accent1" w:themeShade="0000BF"/>
    </w:rPr>
    <w:tblPr>
      <w:tblStyleRowBandSize w:val="1"/>
      <w:tblStyleColBandSize w:val="1"/>
      <w:tblInd w:w="0.0" w:type="dxa"/>
      <w:tblBorders>
        <w:top w:color="4f81bd" w:space="0" w:sz="8" w:themeColor="accent1" w:val="single"/>
        <w:bottom w:color="4f81bd" w:space="0" w:sz="8" w:themeColor="accent1"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4f81bd" w:space="0" w:sz="8" w:themeColor="accent1" w:val="single"/>
          <w:left w:space="0" w:sz="0" w:val="nil"/>
          <w:bottom w:color="4f81bd" w:space="0" w:sz="8" w:themeColor="accen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4f81bd" w:space="0" w:sz="8" w:themeColor="accent1" w:val="single"/>
          <w:left w:space="0" w:sz="0" w:val="nil"/>
          <w:bottom w:color="4f81bd" w:space="0" w:sz="8" w:themeColor="accen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3dfee" w:themeFill="accent1" w:themeFillTint="00003F" w:val="clear"/>
      </w:tcPr>
    </w:tblStylePr>
    <w:tblStylePr w:type="band1Horz">
      <w:tblPr/>
      <w:tcPr>
        <w:tcBorders>
          <w:left w:space="0" w:sz="0" w:val="nil"/>
          <w:right w:space="0" w:sz="0" w:val="nil"/>
          <w:insideH w:space="0" w:sz="0" w:val="nil"/>
          <w:insideV w:space="0" w:sz="0" w:val="nil"/>
        </w:tcBorders>
        <w:shd w:color="auto" w:fill="d3dfee" w:themeFill="accent1" w:themeFillTint="00003F" w:val="clear"/>
      </w:tcPr>
    </w:tblStylePr>
  </w:style>
  <w:style w:type="table" w:styleId="LightShading-Accent2">
    <w:name w:val="Light Shading Accent 2"/>
    <w:basedOn w:val="TableNormal"/>
    <w:uiPriority w:val="60"/>
    <w:rsid w:val="00FC693F"/>
    <w:pPr>
      <w:spacing w:after="0" w:line="240" w:lineRule="auto"/>
    </w:pPr>
    <w:rPr>
      <w:color w:val="943634" w:themeColor="accent2" w:themeShade="0000BF"/>
    </w:rPr>
    <w:tblPr>
      <w:tblStyleRowBandSize w:val="1"/>
      <w:tblStyleColBandSize w:val="1"/>
      <w:tblInd w:w="0.0" w:type="dxa"/>
      <w:tblBorders>
        <w:top w:color="c0504d" w:space="0" w:sz="8" w:themeColor="accent2" w:val="single"/>
        <w:bottom w:color="c0504d" w:space="0" w:sz="8" w:themeColor="accent2"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c0504d" w:space="0" w:sz="8" w:themeColor="accent2" w:val="single"/>
          <w:left w:space="0" w:sz="0" w:val="nil"/>
          <w:bottom w:color="c0504d" w:space="0" w:sz="8" w:themeColor="accent2" w:val="single"/>
          <w:right w:space="0" w:sz="0" w:val="nil"/>
          <w:insideH w:space="0" w:sz="0" w:val="nil"/>
          <w:insideV w:space="0" w:sz="0" w:val="nil"/>
        </w:tcBorders>
      </w:tcPr>
    </w:tblStylePr>
    <w:tblStylePr w:type="lastRow">
      <w:pPr>
        <w:spacing w:after="0" w:before="0" w:line="240" w:lineRule="auto"/>
      </w:pPr>
      <w:rPr>
        <w:b w:val="1"/>
        <w:bCs w:val="1"/>
      </w:rPr>
      <w:tblPr/>
      <w:tcPr>
        <w:tcBorders>
          <w:top w:color="c0504d" w:space="0" w:sz="8" w:themeColor="accent2" w:val="single"/>
          <w:left w:space="0" w:sz="0" w:val="nil"/>
          <w:bottom w:color="c0504d" w:space="0" w:sz="8" w:themeColor="accent2"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efd3d2" w:themeFill="accent2" w:themeFillTint="00003F" w:val="clear"/>
      </w:tcPr>
    </w:tblStylePr>
    <w:tblStylePr w:type="band1Horz">
      <w:tblPr/>
      <w:tcPr>
        <w:tcBorders>
          <w:left w:space="0" w:sz="0" w:val="nil"/>
          <w:right w:space="0" w:sz="0" w:val="nil"/>
          <w:insideH w:space="0" w:sz="0" w:val="nil"/>
          <w:insideV w:space="0" w:sz="0" w:val="nil"/>
        </w:tcBorders>
        <w:shd w:color="auto" w:fill="efd3d2" w:themeFill="accent2" w:themeFillTint="00003F" w:val="clear"/>
      </w:tcPr>
    </w:tblStylePr>
  </w:style>
  <w:style w:type="table" w:styleId="LightShading-Accent3">
    <w:name w:val="Light Shading Accent 3"/>
    <w:basedOn w:val="TableNormal"/>
    <w:uiPriority w:val="60"/>
    <w:rsid w:val="00FC693F"/>
    <w:pPr>
      <w:spacing w:after="0" w:line="240" w:lineRule="auto"/>
    </w:pPr>
    <w:rPr>
      <w:color w:val="76923c" w:themeColor="accent3" w:themeShade="0000BF"/>
    </w:rPr>
    <w:tblPr>
      <w:tblStyleRowBandSize w:val="1"/>
      <w:tblStyleColBandSize w:val="1"/>
      <w:tblInd w:w="0.0" w:type="dxa"/>
      <w:tblBorders>
        <w:top w:color="9bbb59" w:space="0" w:sz="8" w:themeColor="accent3" w:val="single"/>
        <w:bottom w:color="9bbb59" w:space="0" w:sz="8" w:themeColor="accent3"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9bbb59" w:space="0" w:sz="8" w:themeColor="accent3" w:val="single"/>
          <w:left w:space="0" w:sz="0" w:val="nil"/>
          <w:bottom w:color="9bbb59" w:space="0" w:sz="8" w:themeColor="accent3" w:val="single"/>
          <w:right w:space="0" w:sz="0" w:val="nil"/>
          <w:insideH w:space="0" w:sz="0" w:val="nil"/>
          <w:insideV w:space="0" w:sz="0" w:val="nil"/>
        </w:tcBorders>
      </w:tcPr>
    </w:tblStylePr>
    <w:tblStylePr w:type="lastRow">
      <w:pPr>
        <w:spacing w:after="0" w:before="0" w:line="240" w:lineRule="auto"/>
      </w:pPr>
      <w:rPr>
        <w:b w:val="1"/>
        <w:bCs w:val="1"/>
      </w:rPr>
      <w:tblPr/>
      <w:tcPr>
        <w:tcBorders>
          <w:top w:color="9bbb59" w:space="0" w:sz="8" w:themeColor="accent3" w:val="single"/>
          <w:left w:space="0" w:sz="0" w:val="nil"/>
          <w:bottom w:color="9bbb59" w:space="0" w:sz="8" w:themeColor="accent3"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e6eed5" w:themeFill="accent3" w:themeFillTint="00003F" w:val="clear"/>
      </w:tcPr>
    </w:tblStylePr>
    <w:tblStylePr w:type="band1Horz">
      <w:tblPr/>
      <w:tcPr>
        <w:tcBorders>
          <w:left w:space="0" w:sz="0" w:val="nil"/>
          <w:right w:space="0" w:sz="0" w:val="nil"/>
          <w:insideH w:space="0" w:sz="0" w:val="nil"/>
          <w:insideV w:space="0" w:sz="0" w:val="nil"/>
        </w:tcBorders>
        <w:shd w:color="auto" w:fill="e6eed5" w:themeFill="accent3" w:themeFillTint="00003F" w:val="clear"/>
      </w:tcPr>
    </w:tblStylePr>
  </w:style>
  <w:style w:type="table" w:styleId="LightShading-Accent4">
    <w:name w:val="Light Shading Accent 4"/>
    <w:basedOn w:val="TableNormal"/>
    <w:uiPriority w:val="60"/>
    <w:rsid w:val="00FC693F"/>
    <w:pPr>
      <w:spacing w:after="0" w:line="240" w:lineRule="auto"/>
    </w:pPr>
    <w:rPr>
      <w:color w:val="5f497a" w:themeColor="accent4" w:themeShade="0000BF"/>
    </w:rPr>
    <w:tblPr>
      <w:tblStyleRowBandSize w:val="1"/>
      <w:tblStyleColBandSize w:val="1"/>
      <w:tblInd w:w="0.0" w:type="dxa"/>
      <w:tblBorders>
        <w:top w:color="8064a2" w:space="0" w:sz="8" w:themeColor="accent4" w:val="single"/>
        <w:bottom w:color="8064a2" w:space="0" w:sz="8" w:themeColor="accent4"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8064a2" w:space="0" w:sz="8" w:themeColor="accent4" w:val="single"/>
          <w:left w:space="0" w:sz="0" w:val="nil"/>
          <w:bottom w:color="8064a2" w:space="0" w:sz="8" w:themeColor="accent4" w:val="single"/>
          <w:right w:space="0" w:sz="0" w:val="nil"/>
          <w:insideH w:space="0" w:sz="0" w:val="nil"/>
          <w:insideV w:space="0" w:sz="0" w:val="nil"/>
        </w:tcBorders>
      </w:tcPr>
    </w:tblStylePr>
    <w:tblStylePr w:type="lastRow">
      <w:pPr>
        <w:spacing w:after="0" w:before="0" w:line="240" w:lineRule="auto"/>
      </w:pPr>
      <w:rPr>
        <w:b w:val="1"/>
        <w:bCs w:val="1"/>
      </w:rPr>
      <w:tblPr/>
      <w:tcPr>
        <w:tcBorders>
          <w:top w:color="8064a2" w:space="0" w:sz="8" w:themeColor="accent4" w:val="single"/>
          <w:left w:space="0" w:sz="0" w:val="nil"/>
          <w:bottom w:color="8064a2" w:space="0" w:sz="8" w:themeColor="accent4"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fd8e8" w:themeFill="accent4" w:themeFillTint="00003F" w:val="clear"/>
      </w:tcPr>
    </w:tblStylePr>
    <w:tblStylePr w:type="band1Horz">
      <w:tblPr/>
      <w:tcPr>
        <w:tcBorders>
          <w:left w:space="0" w:sz="0" w:val="nil"/>
          <w:right w:space="0" w:sz="0" w:val="nil"/>
          <w:insideH w:space="0" w:sz="0" w:val="nil"/>
          <w:insideV w:space="0" w:sz="0" w:val="nil"/>
        </w:tcBorders>
        <w:shd w:color="auto" w:fill="dfd8e8" w:themeFill="accent4" w:themeFillTint="00003F" w:val="clear"/>
      </w:tcPr>
    </w:tblStylePr>
  </w:style>
  <w:style w:type="table" w:styleId="LightShading-Accent5">
    <w:name w:val="Light Shading Accent 5"/>
    <w:basedOn w:val="TableNormal"/>
    <w:uiPriority w:val="60"/>
    <w:rsid w:val="00FC693F"/>
    <w:pPr>
      <w:spacing w:after="0" w:line="240" w:lineRule="auto"/>
    </w:pPr>
    <w:rPr>
      <w:color w:val="31849b" w:themeColor="accent5" w:themeShade="0000BF"/>
    </w:rPr>
    <w:tblPr>
      <w:tblStyleRowBandSize w:val="1"/>
      <w:tblStyleColBandSize w:val="1"/>
      <w:tblInd w:w="0.0" w:type="dxa"/>
      <w:tblBorders>
        <w:top w:color="4bacc6" w:space="0" w:sz="8" w:themeColor="accent5" w:val="single"/>
        <w:bottom w:color="4bacc6" w:space="0" w:sz="8" w:themeColor="accent5"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4bacc6" w:space="0" w:sz="8" w:themeColor="accent5" w:val="single"/>
          <w:left w:space="0" w:sz="0" w:val="nil"/>
          <w:bottom w:color="4bacc6" w:space="0" w:sz="8" w:themeColor="accent5" w:val="single"/>
          <w:right w:space="0" w:sz="0" w:val="nil"/>
          <w:insideH w:space="0" w:sz="0" w:val="nil"/>
          <w:insideV w:space="0" w:sz="0" w:val="nil"/>
        </w:tcBorders>
      </w:tcPr>
    </w:tblStylePr>
    <w:tblStylePr w:type="lastRow">
      <w:pPr>
        <w:spacing w:after="0" w:before="0" w:line="240" w:lineRule="auto"/>
      </w:pPr>
      <w:rPr>
        <w:b w:val="1"/>
        <w:bCs w:val="1"/>
      </w:rPr>
      <w:tblPr/>
      <w:tcPr>
        <w:tcBorders>
          <w:top w:color="4bacc6" w:space="0" w:sz="8" w:themeColor="accent5" w:val="single"/>
          <w:left w:space="0" w:sz="0" w:val="nil"/>
          <w:bottom w:color="4bacc6" w:space="0" w:sz="8" w:themeColor="accent5"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2eaf1" w:themeFill="accent5" w:themeFillTint="00003F" w:val="clear"/>
      </w:tcPr>
    </w:tblStylePr>
    <w:tblStylePr w:type="band1Horz">
      <w:tblPr/>
      <w:tcPr>
        <w:tcBorders>
          <w:left w:space="0" w:sz="0" w:val="nil"/>
          <w:right w:space="0" w:sz="0" w:val="nil"/>
          <w:insideH w:space="0" w:sz="0" w:val="nil"/>
          <w:insideV w:space="0" w:sz="0" w:val="nil"/>
        </w:tcBorders>
        <w:shd w:color="auto" w:fill="d2eaf1" w:themeFill="accent5" w:themeFillTint="00003F" w:val="clear"/>
      </w:tcPr>
    </w:tblStylePr>
  </w:style>
  <w:style w:type="table" w:styleId="LightShading-Accent6">
    <w:name w:val="Light Shading Accent 6"/>
    <w:basedOn w:val="TableNormal"/>
    <w:uiPriority w:val="60"/>
    <w:rsid w:val="00FC693F"/>
    <w:pPr>
      <w:spacing w:after="0" w:line="240" w:lineRule="auto"/>
    </w:pPr>
    <w:rPr>
      <w:color w:val="e36c0a" w:themeColor="accent6" w:themeShade="0000BF"/>
    </w:rPr>
    <w:tblPr>
      <w:tblStyleRowBandSize w:val="1"/>
      <w:tblStyleColBandSize w:val="1"/>
      <w:tblInd w:w="0.0" w:type="dxa"/>
      <w:tblBorders>
        <w:top w:color="f79646" w:space="0" w:sz="8" w:themeColor="accent6" w:val="single"/>
        <w:bottom w:color="f79646" w:space="0" w:sz="8" w:themeColor="accent6"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f79646" w:space="0" w:sz="8" w:themeColor="accent6" w:val="single"/>
          <w:left w:space="0" w:sz="0" w:val="nil"/>
          <w:bottom w:color="f79646" w:space="0" w:sz="8" w:themeColor="accent6" w:val="single"/>
          <w:right w:space="0" w:sz="0" w:val="nil"/>
          <w:insideH w:space="0" w:sz="0" w:val="nil"/>
          <w:insideV w:space="0" w:sz="0" w:val="nil"/>
        </w:tcBorders>
      </w:tcPr>
    </w:tblStylePr>
    <w:tblStylePr w:type="lastRow">
      <w:pPr>
        <w:spacing w:after="0" w:before="0" w:line="240" w:lineRule="auto"/>
      </w:pPr>
      <w:rPr>
        <w:b w:val="1"/>
        <w:bCs w:val="1"/>
      </w:rPr>
      <w:tblPr/>
      <w:tcPr>
        <w:tcBorders>
          <w:top w:color="f79646" w:space="0" w:sz="8" w:themeColor="accent6" w:val="single"/>
          <w:left w:space="0" w:sz="0" w:val="nil"/>
          <w:bottom w:color="f79646" w:space="0" w:sz="8" w:themeColor="accent6"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fde4d0" w:themeFill="accent6" w:themeFillTint="00003F" w:val="clear"/>
      </w:tcPr>
    </w:tblStylePr>
    <w:tblStylePr w:type="band1Horz">
      <w:tblPr/>
      <w:tcPr>
        <w:tcBorders>
          <w:left w:space="0" w:sz="0" w:val="nil"/>
          <w:right w:space="0" w:sz="0" w:val="nil"/>
          <w:insideH w:space="0" w:sz="0" w:val="nil"/>
          <w:insideV w:space="0" w:sz="0" w:val="nil"/>
        </w:tcBorders>
        <w:shd w:color="auto" w:fill="fde4d0" w:themeFill="accent6" w:themeFillTint="00003F" w:val="clear"/>
      </w:tcPr>
    </w:tblStylePr>
  </w:style>
  <w:style w:type="table" w:styleId="LightList">
    <w:name w:val="Light List"/>
    <w:basedOn w:val="TableNormal"/>
    <w:uiPriority w:val="61"/>
    <w:rsid w:val="00FC693F"/>
    <w:pPr>
      <w:spacing w:after="0" w:line="240" w:lineRule="auto"/>
    </w:pPr>
    <w:tblPr>
      <w:tblStyleRowBandSize w:val="1"/>
      <w:tblStyleColBandSize w:val="1"/>
      <w:tblInd w:w="0.0" w:type="dxa"/>
      <w:tblBorders>
        <w:top w:color="000000" w:space="0" w:sz="8" w:themeColor="text1" w:val="single"/>
        <w:left w:color="000000" w:space="0" w:sz="8" w:themeColor="text1" w:val="single"/>
        <w:bottom w:color="000000" w:space="0" w:sz="8" w:themeColor="text1" w:val="single"/>
        <w:right w:color="000000" w:space="0" w:sz="8" w:themeColor="text1"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000000" w:themeFill="text1" w:val="clear"/>
      </w:tcPr>
    </w:tblStylePr>
    <w:tblStylePr w:type="lastRow">
      <w:pPr>
        <w:spacing w:after="0" w:before="0" w:line="240" w:lineRule="auto"/>
      </w:pPr>
      <w:rPr>
        <w:b w:val="1"/>
        <w:bCs w:val="1"/>
      </w:rPr>
      <w:tblPr/>
      <w:tcPr>
        <w:tcBorders>
          <w:top w:color="000000" w:space="0" w:sz="6" w:themeColor="text1" w:val="double"/>
          <w:left w:color="000000" w:space="0" w:sz="8" w:themeColor="text1" w:val="single"/>
          <w:bottom w:color="000000" w:space="0" w:sz="8" w:themeColor="text1" w:val="single"/>
          <w:right w:color="000000" w:space="0" w:sz="8" w:themeColor="text1" w:val="single"/>
        </w:tcBorders>
      </w:tcPr>
    </w:tblStylePr>
    <w:tblStylePr w:type="firstCol">
      <w:rPr>
        <w:b w:val="1"/>
        <w:bCs w:val="1"/>
      </w:rPr>
    </w:tblStylePr>
    <w:tblStylePr w:type="lastCol">
      <w:rPr>
        <w:b w:val="1"/>
        <w:bCs w:val="1"/>
      </w:rPr>
    </w:tblStylePr>
    <w:tblStylePr w:type="band1Vert">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tblStylePr w:type="band1Horz">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0" w:type="dxa"/>
      <w:tblBorders>
        <w:top w:color="4f81bd" w:space="0" w:sz="8" w:themeColor="accent1" w:val="single"/>
        <w:left w:color="4f81bd" w:space="0" w:sz="8" w:themeColor="accent1" w:val="single"/>
        <w:bottom w:color="4f81bd" w:space="0" w:sz="8" w:themeColor="accent1" w:val="single"/>
        <w:right w:color="4f81bd" w:space="0" w:sz="8" w:themeColor="accent1"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4f81bd" w:themeFill="accent1" w:val="clear"/>
      </w:tcPr>
    </w:tblStylePr>
    <w:tblStylePr w:type="lastRow">
      <w:pPr>
        <w:spacing w:after="0" w:before="0" w:line="240" w:lineRule="auto"/>
      </w:pPr>
      <w:rPr>
        <w:b w:val="1"/>
        <w:bCs w:val="1"/>
      </w:rPr>
      <w:tblPr/>
      <w:tcPr>
        <w:tcBorders>
          <w:top w:color="4f81bd" w:space="0" w:sz="6" w:themeColor="accent1" w:val="double"/>
          <w:left w:color="4f81bd" w:space="0" w:sz="8" w:themeColor="accent1" w:val="single"/>
          <w:bottom w:color="4f81bd" w:space="0" w:sz="8" w:themeColor="accent1" w:val="single"/>
          <w:right w:color="4f81bd" w:space="0" w:sz="8" w:themeColor="accent1" w:val="single"/>
        </w:tcBorders>
      </w:tcPr>
    </w:tblStylePr>
    <w:tblStylePr w:type="firstCol">
      <w:rPr>
        <w:b w:val="1"/>
        <w:bCs w:val="1"/>
      </w:rPr>
    </w:tblStylePr>
    <w:tblStylePr w:type="lastCol">
      <w:rPr>
        <w:b w:val="1"/>
        <w:bCs w:val="1"/>
      </w:rPr>
    </w:tblStylePr>
    <w:tblStylePr w:type="band1Vert">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tblStylePr w:type="band1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0" w:type="dxa"/>
      <w:tblBorders>
        <w:top w:color="c0504d" w:space="0" w:sz="8" w:themeColor="accent2" w:val="single"/>
        <w:left w:color="c0504d" w:space="0" w:sz="8" w:themeColor="accent2" w:val="single"/>
        <w:bottom w:color="c0504d" w:space="0" w:sz="8" w:themeColor="accent2" w:val="single"/>
        <w:right w:color="c0504d" w:space="0" w:sz="8" w:themeColor="accent2"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c0504d" w:themeFill="accent2" w:val="clear"/>
      </w:tcPr>
    </w:tblStylePr>
    <w:tblStylePr w:type="lastRow">
      <w:pPr>
        <w:spacing w:after="0" w:before="0" w:line="240" w:lineRule="auto"/>
      </w:pPr>
      <w:rPr>
        <w:b w:val="1"/>
        <w:bCs w:val="1"/>
      </w:rPr>
      <w:tblPr/>
      <w:tcPr>
        <w:tcBorders>
          <w:top w:color="c0504d" w:space="0" w:sz="6" w:themeColor="accent2" w:val="double"/>
          <w:left w:color="c0504d" w:space="0" w:sz="8" w:themeColor="accent2" w:val="single"/>
          <w:bottom w:color="c0504d" w:space="0" w:sz="8" w:themeColor="accent2" w:val="single"/>
          <w:right w:color="c0504d" w:space="0" w:sz="8" w:themeColor="accent2" w:val="single"/>
        </w:tcBorders>
      </w:tcPr>
    </w:tblStylePr>
    <w:tblStylePr w:type="firstCol">
      <w:rPr>
        <w:b w:val="1"/>
        <w:bCs w:val="1"/>
      </w:rPr>
    </w:tblStylePr>
    <w:tblStylePr w:type="lastCol">
      <w:rPr>
        <w:b w:val="1"/>
        <w:bCs w:val="1"/>
      </w:rPr>
    </w:tblStylePr>
    <w:tblStylePr w:type="band1Vert">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tcPr>
    </w:tblStylePr>
    <w:tblStylePr w:type="band1Horz">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0" w:type="dxa"/>
      <w:tblBorders>
        <w:top w:color="9bbb59" w:space="0" w:sz="8" w:themeColor="accent3" w:val="single"/>
        <w:left w:color="9bbb59" w:space="0" w:sz="8" w:themeColor="accent3" w:val="single"/>
        <w:bottom w:color="9bbb59" w:space="0" w:sz="8" w:themeColor="accent3" w:val="single"/>
        <w:right w:color="9bbb59" w:space="0" w:sz="8" w:themeColor="accent3"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9bbb59" w:themeFill="accent3" w:val="clear"/>
      </w:tcPr>
    </w:tblStylePr>
    <w:tblStylePr w:type="lastRow">
      <w:pPr>
        <w:spacing w:after="0" w:before="0" w:line="240" w:lineRule="auto"/>
      </w:pPr>
      <w:rPr>
        <w:b w:val="1"/>
        <w:bCs w:val="1"/>
      </w:rPr>
      <w:tblPr/>
      <w:tcPr>
        <w:tcBorders>
          <w:top w:color="9bbb59" w:space="0" w:sz="6" w:themeColor="accent3" w:val="double"/>
          <w:left w:color="9bbb59" w:space="0" w:sz="8" w:themeColor="accent3" w:val="single"/>
          <w:bottom w:color="9bbb59" w:space="0" w:sz="8" w:themeColor="accent3" w:val="single"/>
          <w:right w:color="9bbb59" w:space="0" w:sz="8" w:themeColor="accent3" w:val="single"/>
        </w:tcBorders>
      </w:tcPr>
    </w:tblStylePr>
    <w:tblStylePr w:type="firstCol">
      <w:rPr>
        <w:b w:val="1"/>
        <w:bCs w:val="1"/>
      </w:rPr>
    </w:tblStylePr>
    <w:tblStylePr w:type="lastCol">
      <w:rPr>
        <w:b w:val="1"/>
        <w:bCs w:val="1"/>
      </w:rPr>
    </w:tblStylePr>
    <w:tblStylePr w:type="band1Vert">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tcPr>
    </w:tblStylePr>
    <w:tblStylePr w:type="band1Horz">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0" w:type="dxa"/>
      <w:tblBorders>
        <w:top w:color="8064a2" w:space="0" w:sz="8" w:themeColor="accent4" w:val="single"/>
        <w:left w:color="8064a2" w:space="0" w:sz="8" w:themeColor="accent4" w:val="single"/>
        <w:bottom w:color="8064a2" w:space="0" w:sz="8" w:themeColor="accent4" w:val="single"/>
        <w:right w:color="8064a2" w:space="0" w:sz="8" w:themeColor="accent4"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8064a2" w:themeFill="accent4" w:val="clear"/>
      </w:tcPr>
    </w:tblStylePr>
    <w:tblStylePr w:type="lastRow">
      <w:pPr>
        <w:spacing w:after="0" w:before="0" w:line="240" w:lineRule="auto"/>
      </w:pPr>
      <w:rPr>
        <w:b w:val="1"/>
        <w:bCs w:val="1"/>
      </w:rPr>
      <w:tblPr/>
      <w:tcPr>
        <w:tcBorders>
          <w:top w:color="8064a2" w:space="0" w:sz="6" w:themeColor="accent4" w:val="double"/>
          <w:left w:color="8064a2" w:space="0" w:sz="8" w:themeColor="accent4" w:val="single"/>
          <w:bottom w:color="8064a2" w:space="0" w:sz="8" w:themeColor="accent4" w:val="single"/>
          <w:right w:color="8064a2" w:space="0" w:sz="8" w:themeColor="accent4" w:val="single"/>
        </w:tcBorders>
      </w:tcPr>
    </w:tblStylePr>
    <w:tblStylePr w:type="firstCol">
      <w:rPr>
        <w:b w:val="1"/>
        <w:bCs w:val="1"/>
      </w:rPr>
    </w:tblStylePr>
    <w:tblStylePr w:type="lastCol">
      <w:rPr>
        <w:b w:val="1"/>
        <w:bCs w:val="1"/>
      </w:rPr>
    </w:tblStylePr>
    <w:tblStylePr w:type="band1Vert">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tcPr>
    </w:tblStylePr>
    <w:tblStylePr w:type="band1Horz">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0" w:type="dxa"/>
      <w:tblBorders>
        <w:top w:color="4bacc6" w:space="0" w:sz="8" w:themeColor="accent5" w:val="single"/>
        <w:left w:color="4bacc6" w:space="0" w:sz="8" w:themeColor="accent5" w:val="single"/>
        <w:bottom w:color="4bacc6" w:space="0" w:sz="8" w:themeColor="accent5" w:val="single"/>
        <w:right w:color="4bacc6" w:space="0" w:sz="8" w:themeColor="accent5"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4bacc6" w:themeFill="accent5" w:val="clear"/>
      </w:tcPr>
    </w:tblStylePr>
    <w:tblStylePr w:type="lastRow">
      <w:pPr>
        <w:spacing w:after="0" w:before="0" w:line="240" w:lineRule="auto"/>
      </w:pPr>
      <w:rPr>
        <w:b w:val="1"/>
        <w:bCs w:val="1"/>
      </w:rPr>
      <w:tblPr/>
      <w:tcPr>
        <w:tcBorders>
          <w:top w:color="4bacc6" w:space="0" w:sz="6" w:themeColor="accent5" w:val="double"/>
          <w:left w:color="4bacc6" w:space="0" w:sz="8" w:themeColor="accent5" w:val="single"/>
          <w:bottom w:color="4bacc6" w:space="0" w:sz="8" w:themeColor="accent5" w:val="single"/>
          <w:right w:color="4bacc6" w:space="0" w:sz="8" w:themeColor="accent5" w:val="single"/>
        </w:tcBorders>
      </w:tcPr>
    </w:tblStylePr>
    <w:tblStylePr w:type="firstCol">
      <w:rPr>
        <w:b w:val="1"/>
        <w:bCs w:val="1"/>
      </w:rPr>
    </w:tblStylePr>
    <w:tblStylePr w:type="lastCol">
      <w:rPr>
        <w:b w:val="1"/>
        <w:bCs w:val="1"/>
      </w:rPr>
    </w:tblStylePr>
    <w:tblStylePr w:type="band1Vert">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tcPr>
    </w:tblStylePr>
    <w:tblStylePr w:type="band1Horz">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0" w:type="dxa"/>
      <w:tblBorders>
        <w:top w:color="f79646" w:space="0" w:sz="8" w:themeColor="accent6" w:val="single"/>
        <w:left w:color="f79646" w:space="0" w:sz="8" w:themeColor="accent6" w:val="single"/>
        <w:bottom w:color="f79646" w:space="0" w:sz="8" w:themeColor="accent6" w:val="single"/>
        <w:right w:color="f79646" w:space="0" w:sz="8" w:themeColor="accent6"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f79646" w:themeFill="accent6" w:val="clear"/>
      </w:tcPr>
    </w:tblStylePr>
    <w:tblStylePr w:type="lastRow">
      <w:pPr>
        <w:spacing w:after="0" w:before="0" w:line="240" w:lineRule="auto"/>
      </w:pPr>
      <w:rPr>
        <w:b w:val="1"/>
        <w:bCs w:val="1"/>
      </w:rPr>
      <w:tblPr/>
      <w:tcPr>
        <w:tcBorders>
          <w:top w:color="f79646" w:space="0" w:sz="6" w:themeColor="accent6" w:val="double"/>
          <w:left w:color="f79646" w:space="0" w:sz="8" w:themeColor="accent6" w:val="single"/>
          <w:bottom w:color="f79646" w:space="0" w:sz="8" w:themeColor="accent6" w:val="single"/>
          <w:right w:color="f79646" w:space="0" w:sz="8" w:themeColor="accent6" w:val="single"/>
        </w:tcBorders>
      </w:tcPr>
    </w:tblStylePr>
    <w:tblStylePr w:type="firstCol">
      <w:rPr>
        <w:b w:val="1"/>
        <w:bCs w:val="1"/>
      </w:rPr>
    </w:tblStylePr>
    <w:tblStylePr w:type="lastCol">
      <w:rPr>
        <w:b w:val="1"/>
        <w:bCs w:val="1"/>
      </w:rPr>
    </w:tblStylePr>
    <w:tblStylePr w:type="band1Vert">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tcPr>
    </w:tblStylePr>
    <w:tblStylePr w:type="band1Horz">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tcPr>
    </w:tblStylePr>
  </w:style>
  <w:style w:type="table" w:styleId="LightGrid">
    <w:name w:val="Light Grid"/>
    <w:basedOn w:val="TableNormal"/>
    <w:uiPriority w:val="62"/>
    <w:rsid w:val="00CB0664"/>
    <w:pPr>
      <w:spacing w:after="0" w:line="240" w:lineRule="auto"/>
    </w:pPr>
    <w:tblPr>
      <w:tblStyleRowBandSize w:val="1"/>
      <w:tblStyleColBandSize w:val="1"/>
      <w:tblInd w:w="0.0" w:type="dxa"/>
      <w:tblBorders>
        <w:top w:color="000000" w:space="0" w:sz="8" w:themeColor="text1" w:val="single"/>
        <w:left w:color="000000" w:space="0" w:sz="8" w:themeColor="text1" w:val="single"/>
        <w:bottom w:color="000000" w:space="0" w:sz="8" w:themeColor="text1" w:val="single"/>
        <w:right w:color="000000" w:space="0" w:sz="8" w:themeColor="text1" w:val="single"/>
        <w:insideH w:color="000000" w:space="0" w:sz="8" w:themeColor="text1" w:val="single"/>
        <w:insideV w:color="000000" w:space="0" w:sz="8" w:themeColor="text1"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000000" w:space="0" w:sz="8" w:themeColor="text1" w:val="single"/>
          <w:left w:color="000000" w:space="0" w:sz="8" w:themeColor="text1" w:val="single"/>
          <w:bottom w:color="000000" w:space="0" w:sz="18" w:themeColor="text1" w:val="single"/>
          <w:right w:color="000000" w:space="0" w:sz="8" w:themeColor="text1" w:val="single"/>
          <w:insideH w:space="0" w:sz="0" w:val="nil"/>
          <w:insideV w:color="000000" w:space="0" w:sz="8" w:themeColor="text1"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000000" w:space="0" w:sz="6" w:themeColor="text1" w:val="double"/>
          <w:left w:color="000000" w:space="0" w:sz="8" w:themeColor="text1" w:val="single"/>
          <w:bottom w:color="000000" w:space="0" w:sz="8" w:themeColor="text1" w:val="single"/>
          <w:right w:color="000000" w:space="0" w:sz="8" w:themeColor="text1" w:val="single"/>
          <w:insideH w:space="0" w:sz="0" w:val="nil"/>
          <w:insideV w:color="000000" w:space="0" w:sz="8" w:themeColor="text1"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tblStylePr w:type="band1Vert">
      <w:tblPr/>
      <w:tcPr>
        <w:tcBorders>
          <w:top w:color="000000" w:space="0" w:sz="8" w:themeColor="text1" w:val="single"/>
          <w:left w:color="000000" w:space="0" w:sz="8" w:themeColor="text1" w:val="single"/>
          <w:bottom w:color="000000" w:space="0" w:sz="8" w:themeColor="text1" w:val="single"/>
          <w:right w:color="000000" w:space="0" w:sz="8" w:themeColor="text1" w:val="single"/>
        </w:tcBorders>
        <w:shd w:color="auto" w:fill="c0c0c0" w:themeFill="text1" w:themeFillTint="00003F" w:val="clear"/>
      </w:tcPr>
    </w:tblStylePr>
    <w:tblStylePr w:type="band1Horz">
      <w:tblPr/>
      <w:tcPr>
        <w:tcBorders>
          <w:top w:color="000000" w:space="0" w:sz="8" w:themeColor="text1" w:val="single"/>
          <w:left w:color="000000" w:space="0" w:sz="8" w:themeColor="text1" w:val="single"/>
          <w:bottom w:color="000000" w:space="0" w:sz="8" w:themeColor="text1" w:val="single"/>
          <w:right w:color="000000" w:space="0" w:sz="8" w:themeColor="text1" w:val="single"/>
          <w:insideV w:color="000000" w:space="0" w:sz="8" w:themeColor="text1" w:val="single"/>
        </w:tcBorders>
        <w:shd w:color="auto" w:fill="c0c0c0" w:themeFill="text1" w:themeFillTint="00003F" w:val="clear"/>
      </w:tcPr>
    </w:tblStylePr>
    <w:tblStylePr w:type="band2Horz">
      <w:tblPr/>
      <w:tcPr>
        <w:tcBorders>
          <w:top w:color="000000" w:space="0" w:sz="8" w:themeColor="text1" w:val="single"/>
          <w:left w:color="000000" w:space="0" w:sz="8" w:themeColor="text1" w:val="single"/>
          <w:bottom w:color="000000" w:space="0" w:sz="8" w:themeColor="text1" w:val="single"/>
          <w:right w:color="000000" w:space="0" w:sz="8" w:themeColor="text1" w:val="single"/>
          <w:insideV w:color="000000" w:space="0" w:sz="8" w:themeColor="text1" w:val="single"/>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0" w:type="dxa"/>
      <w:tblBorders>
        <w:top w:color="4f81bd" w:space="0" w:sz="8" w:themeColor="accent1" w:val="single"/>
        <w:left w:color="4f81bd" w:space="0" w:sz="8" w:themeColor="accent1" w:val="single"/>
        <w:bottom w:color="4f81bd" w:space="0" w:sz="8" w:themeColor="accent1" w:val="single"/>
        <w:right w:color="4f81bd" w:space="0" w:sz="8" w:themeColor="accent1" w:val="single"/>
        <w:insideH w:color="4f81bd" w:space="0" w:sz="8" w:themeColor="accent1" w:val="single"/>
        <w:insideV w:color="4f81bd" w:space="0" w:sz="8" w:themeColor="accent1"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4f81bd" w:space="0" w:sz="8" w:themeColor="accent1" w:val="single"/>
          <w:left w:color="4f81bd" w:space="0" w:sz="8" w:themeColor="accent1" w:val="single"/>
          <w:bottom w:color="4f81bd" w:space="0" w:sz="18" w:themeColor="accent1" w:val="single"/>
          <w:right w:color="4f81bd" w:space="0" w:sz="8" w:themeColor="accent1" w:val="single"/>
          <w:insideH w:space="0" w:sz="0" w:val="nil"/>
          <w:insideV w:color="4f81bd" w:space="0" w:sz="8" w:themeColor="accent1"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4f81bd" w:space="0" w:sz="6" w:themeColor="accent1" w:val="double"/>
          <w:left w:color="4f81bd" w:space="0" w:sz="8" w:themeColor="accent1" w:val="single"/>
          <w:bottom w:color="4f81bd" w:space="0" w:sz="8" w:themeColor="accent1" w:val="single"/>
          <w:right w:color="4f81bd" w:space="0" w:sz="8" w:themeColor="accent1" w:val="single"/>
          <w:insideH w:space="0" w:sz="0" w:val="nil"/>
          <w:insideV w:color="4f81bd" w:space="0" w:sz="8" w:themeColor="accent1"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tblStylePr w:type="band1Vert">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shd w:color="auto" w:fill="d3dfee" w:themeFill="accent1" w:themeFillTint="00003F" w:val="clear"/>
      </w:tcPr>
    </w:tblStylePr>
    <w:tblStylePr w:type="band1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insideV w:color="4f81bd" w:space="0" w:sz="8" w:themeColor="accent1" w:val="single"/>
        </w:tcBorders>
        <w:shd w:color="auto" w:fill="d3dfee" w:themeFill="accent1" w:themeFillTint="00003F" w:val="clear"/>
      </w:tcPr>
    </w:tblStylePr>
    <w:tblStylePr w:type="band2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insideV w:color="4f81bd" w:space="0" w:sz="8" w:themeColor="accent1" w:val="single"/>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0" w:type="dxa"/>
      <w:tblBorders>
        <w:top w:color="c0504d" w:space="0" w:sz="8" w:themeColor="accent2" w:val="single"/>
        <w:left w:color="c0504d" w:space="0" w:sz="8" w:themeColor="accent2" w:val="single"/>
        <w:bottom w:color="c0504d" w:space="0" w:sz="8" w:themeColor="accent2" w:val="single"/>
        <w:right w:color="c0504d" w:space="0" w:sz="8" w:themeColor="accent2" w:val="single"/>
        <w:insideH w:color="c0504d" w:space="0" w:sz="8" w:themeColor="accent2" w:val="single"/>
        <w:insideV w:color="c0504d" w:space="0" w:sz="8" w:themeColor="accent2"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c0504d" w:space="0" w:sz="8" w:themeColor="accent2" w:val="single"/>
          <w:left w:color="c0504d" w:space="0" w:sz="8" w:themeColor="accent2" w:val="single"/>
          <w:bottom w:color="c0504d" w:space="0" w:sz="18" w:themeColor="accent2" w:val="single"/>
          <w:right w:color="c0504d" w:space="0" w:sz="8" w:themeColor="accent2" w:val="single"/>
          <w:insideH w:space="0" w:sz="0" w:val="nil"/>
          <w:insideV w:color="c0504d" w:space="0" w:sz="8" w:themeColor="accent2"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c0504d" w:space="0" w:sz="6" w:themeColor="accent2" w:val="double"/>
          <w:left w:color="c0504d" w:space="0" w:sz="8" w:themeColor="accent2" w:val="single"/>
          <w:bottom w:color="c0504d" w:space="0" w:sz="8" w:themeColor="accent2" w:val="single"/>
          <w:right w:color="c0504d" w:space="0" w:sz="8" w:themeColor="accent2" w:val="single"/>
          <w:insideH w:space="0" w:sz="0" w:val="nil"/>
          <w:insideV w:color="c0504d" w:space="0" w:sz="8" w:themeColor="accent2"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tcPr>
    </w:tblStylePr>
    <w:tblStylePr w:type="band1Vert">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shd w:color="auto" w:fill="efd3d2" w:themeFill="accent2" w:themeFillTint="00003F" w:val="clear"/>
      </w:tcPr>
    </w:tblStylePr>
    <w:tblStylePr w:type="band1Horz">
      <w:tblPr/>
      <w:tcPr>
        <w:tcBorders>
          <w:top w:color="c0504d" w:space="0" w:sz="8" w:themeColor="accent2" w:val="single"/>
          <w:left w:color="c0504d" w:space="0" w:sz="8" w:themeColor="accent2" w:val="single"/>
          <w:bottom w:color="c0504d" w:space="0" w:sz="8" w:themeColor="accent2" w:val="single"/>
          <w:right w:color="c0504d" w:space="0" w:sz="8" w:themeColor="accent2" w:val="single"/>
          <w:insideV w:color="c0504d" w:space="0" w:sz="8" w:themeColor="accent2" w:val="single"/>
        </w:tcBorders>
        <w:shd w:color="auto" w:fill="efd3d2" w:themeFill="accent2" w:themeFillTint="00003F" w:val="clear"/>
      </w:tcPr>
    </w:tblStylePr>
    <w:tblStylePr w:type="band2Horz">
      <w:tblPr/>
      <w:tcPr>
        <w:tcBorders>
          <w:top w:color="c0504d" w:space="0" w:sz="8" w:themeColor="accent2" w:val="single"/>
          <w:left w:color="c0504d" w:space="0" w:sz="8" w:themeColor="accent2" w:val="single"/>
          <w:bottom w:color="c0504d" w:space="0" w:sz="8" w:themeColor="accent2" w:val="single"/>
          <w:right w:color="c0504d" w:space="0" w:sz="8" w:themeColor="accent2" w:val="single"/>
          <w:insideV w:color="c0504d" w:space="0" w:sz="8" w:themeColor="accent2" w:val="single"/>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0" w:type="dxa"/>
      <w:tblBorders>
        <w:top w:color="9bbb59" w:space="0" w:sz="8" w:themeColor="accent3" w:val="single"/>
        <w:left w:color="9bbb59" w:space="0" w:sz="8" w:themeColor="accent3" w:val="single"/>
        <w:bottom w:color="9bbb59" w:space="0" w:sz="8" w:themeColor="accent3" w:val="single"/>
        <w:right w:color="9bbb59" w:space="0" w:sz="8" w:themeColor="accent3" w:val="single"/>
        <w:insideH w:color="9bbb59" w:space="0" w:sz="8" w:themeColor="accent3" w:val="single"/>
        <w:insideV w:color="9bbb59" w:space="0" w:sz="8" w:themeColor="accent3"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9bbb59" w:space="0" w:sz="8" w:themeColor="accent3" w:val="single"/>
          <w:left w:color="9bbb59" w:space="0" w:sz="8" w:themeColor="accent3" w:val="single"/>
          <w:bottom w:color="9bbb59" w:space="0" w:sz="18" w:themeColor="accent3" w:val="single"/>
          <w:right w:color="9bbb59" w:space="0" w:sz="8" w:themeColor="accent3" w:val="single"/>
          <w:insideH w:space="0" w:sz="0" w:val="nil"/>
          <w:insideV w:color="9bbb59" w:space="0" w:sz="8" w:themeColor="accent3"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9bbb59" w:space="0" w:sz="6" w:themeColor="accent3" w:val="double"/>
          <w:left w:color="9bbb59" w:space="0" w:sz="8" w:themeColor="accent3" w:val="single"/>
          <w:bottom w:color="9bbb59" w:space="0" w:sz="8" w:themeColor="accent3" w:val="single"/>
          <w:right w:color="9bbb59" w:space="0" w:sz="8" w:themeColor="accent3" w:val="single"/>
          <w:insideH w:space="0" w:sz="0" w:val="nil"/>
          <w:insideV w:color="9bbb59" w:space="0" w:sz="8" w:themeColor="accent3"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tcPr>
    </w:tblStylePr>
    <w:tblStylePr w:type="band1Vert">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shd w:color="auto" w:fill="e6eed5" w:themeFill="accent3" w:themeFillTint="00003F" w:val="clear"/>
      </w:tcPr>
    </w:tblStylePr>
    <w:tblStylePr w:type="band1Horz">
      <w:tblPr/>
      <w:tcPr>
        <w:tcBorders>
          <w:top w:color="9bbb59" w:space="0" w:sz="8" w:themeColor="accent3" w:val="single"/>
          <w:left w:color="9bbb59" w:space="0" w:sz="8" w:themeColor="accent3" w:val="single"/>
          <w:bottom w:color="9bbb59" w:space="0" w:sz="8" w:themeColor="accent3" w:val="single"/>
          <w:right w:color="9bbb59" w:space="0" w:sz="8" w:themeColor="accent3" w:val="single"/>
          <w:insideV w:color="9bbb59" w:space="0" w:sz="8" w:themeColor="accent3" w:val="single"/>
        </w:tcBorders>
        <w:shd w:color="auto" w:fill="e6eed5" w:themeFill="accent3" w:themeFillTint="00003F" w:val="clear"/>
      </w:tcPr>
    </w:tblStylePr>
    <w:tblStylePr w:type="band2Horz">
      <w:tblPr/>
      <w:tcPr>
        <w:tcBorders>
          <w:top w:color="9bbb59" w:space="0" w:sz="8" w:themeColor="accent3" w:val="single"/>
          <w:left w:color="9bbb59" w:space="0" w:sz="8" w:themeColor="accent3" w:val="single"/>
          <w:bottom w:color="9bbb59" w:space="0" w:sz="8" w:themeColor="accent3" w:val="single"/>
          <w:right w:color="9bbb59" w:space="0" w:sz="8" w:themeColor="accent3" w:val="single"/>
          <w:insideV w:color="9bbb59" w:space="0" w:sz="8" w:themeColor="accent3" w:val="single"/>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0" w:type="dxa"/>
      <w:tblBorders>
        <w:top w:color="8064a2" w:space="0" w:sz="8" w:themeColor="accent4" w:val="single"/>
        <w:left w:color="8064a2" w:space="0" w:sz="8" w:themeColor="accent4" w:val="single"/>
        <w:bottom w:color="8064a2" w:space="0" w:sz="8" w:themeColor="accent4" w:val="single"/>
        <w:right w:color="8064a2" w:space="0" w:sz="8" w:themeColor="accent4" w:val="single"/>
        <w:insideH w:color="8064a2" w:space="0" w:sz="8" w:themeColor="accent4" w:val="single"/>
        <w:insideV w:color="8064a2" w:space="0" w:sz="8" w:themeColor="accent4"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8064a2" w:space="0" w:sz="8" w:themeColor="accent4" w:val="single"/>
          <w:left w:color="8064a2" w:space="0" w:sz="8" w:themeColor="accent4" w:val="single"/>
          <w:bottom w:color="8064a2" w:space="0" w:sz="18" w:themeColor="accent4" w:val="single"/>
          <w:right w:color="8064a2" w:space="0" w:sz="8" w:themeColor="accent4" w:val="single"/>
          <w:insideH w:space="0" w:sz="0" w:val="nil"/>
          <w:insideV w:color="8064a2" w:space="0" w:sz="8" w:themeColor="accent4"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8064a2" w:space="0" w:sz="6" w:themeColor="accent4" w:val="double"/>
          <w:left w:color="8064a2" w:space="0" w:sz="8" w:themeColor="accent4" w:val="single"/>
          <w:bottom w:color="8064a2" w:space="0" w:sz="8" w:themeColor="accent4" w:val="single"/>
          <w:right w:color="8064a2" w:space="0" w:sz="8" w:themeColor="accent4" w:val="single"/>
          <w:insideH w:space="0" w:sz="0" w:val="nil"/>
          <w:insideV w:color="8064a2" w:space="0" w:sz="8" w:themeColor="accent4"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tcPr>
    </w:tblStylePr>
    <w:tblStylePr w:type="band1Vert">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shd w:color="auto" w:fill="dfd8e8" w:themeFill="accent4" w:themeFillTint="00003F" w:val="clear"/>
      </w:tcPr>
    </w:tblStylePr>
    <w:tblStylePr w:type="band1Horz">
      <w:tblPr/>
      <w:tcPr>
        <w:tcBorders>
          <w:top w:color="8064a2" w:space="0" w:sz="8" w:themeColor="accent4" w:val="single"/>
          <w:left w:color="8064a2" w:space="0" w:sz="8" w:themeColor="accent4" w:val="single"/>
          <w:bottom w:color="8064a2" w:space="0" w:sz="8" w:themeColor="accent4" w:val="single"/>
          <w:right w:color="8064a2" w:space="0" w:sz="8" w:themeColor="accent4" w:val="single"/>
          <w:insideV w:color="8064a2" w:space="0" w:sz="8" w:themeColor="accent4" w:val="single"/>
        </w:tcBorders>
        <w:shd w:color="auto" w:fill="dfd8e8" w:themeFill="accent4" w:themeFillTint="00003F" w:val="clear"/>
      </w:tcPr>
    </w:tblStylePr>
    <w:tblStylePr w:type="band2Horz">
      <w:tblPr/>
      <w:tcPr>
        <w:tcBorders>
          <w:top w:color="8064a2" w:space="0" w:sz="8" w:themeColor="accent4" w:val="single"/>
          <w:left w:color="8064a2" w:space="0" w:sz="8" w:themeColor="accent4" w:val="single"/>
          <w:bottom w:color="8064a2" w:space="0" w:sz="8" w:themeColor="accent4" w:val="single"/>
          <w:right w:color="8064a2" w:space="0" w:sz="8" w:themeColor="accent4" w:val="single"/>
          <w:insideV w:color="8064a2" w:space="0" w:sz="8" w:themeColor="accent4" w:val="single"/>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0" w:type="dxa"/>
      <w:tblBorders>
        <w:top w:color="4bacc6" w:space="0" w:sz="8" w:themeColor="accent5" w:val="single"/>
        <w:left w:color="4bacc6" w:space="0" w:sz="8" w:themeColor="accent5" w:val="single"/>
        <w:bottom w:color="4bacc6" w:space="0" w:sz="8" w:themeColor="accent5" w:val="single"/>
        <w:right w:color="4bacc6" w:space="0" w:sz="8" w:themeColor="accent5" w:val="single"/>
        <w:insideH w:color="4bacc6" w:space="0" w:sz="8" w:themeColor="accent5" w:val="single"/>
        <w:insideV w:color="4bacc6" w:space="0" w:sz="8" w:themeColor="accent5"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4bacc6" w:space="0" w:sz="8" w:themeColor="accent5" w:val="single"/>
          <w:left w:color="4bacc6" w:space="0" w:sz="8" w:themeColor="accent5" w:val="single"/>
          <w:bottom w:color="4bacc6" w:space="0" w:sz="18" w:themeColor="accent5" w:val="single"/>
          <w:right w:color="4bacc6" w:space="0" w:sz="8" w:themeColor="accent5" w:val="single"/>
          <w:insideH w:space="0" w:sz="0" w:val="nil"/>
          <w:insideV w:color="4bacc6" w:space="0" w:sz="8" w:themeColor="accent5"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4bacc6" w:space="0" w:sz="6" w:themeColor="accent5" w:val="double"/>
          <w:left w:color="4bacc6" w:space="0" w:sz="8" w:themeColor="accent5" w:val="single"/>
          <w:bottom w:color="4bacc6" w:space="0" w:sz="8" w:themeColor="accent5" w:val="single"/>
          <w:right w:color="4bacc6" w:space="0" w:sz="8" w:themeColor="accent5" w:val="single"/>
          <w:insideH w:space="0" w:sz="0" w:val="nil"/>
          <w:insideV w:color="4bacc6" w:space="0" w:sz="8" w:themeColor="accent5"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tcPr>
    </w:tblStylePr>
    <w:tblStylePr w:type="band1Vert">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shd w:color="auto" w:fill="d2eaf1" w:themeFill="accent5" w:themeFillTint="00003F" w:val="clear"/>
      </w:tcPr>
    </w:tblStylePr>
    <w:tblStylePr w:type="band1Horz">
      <w:tblPr/>
      <w:tcPr>
        <w:tcBorders>
          <w:top w:color="4bacc6" w:space="0" w:sz="8" w:themeColor="accent5" w:val="single"/>
          <w:left w:color="4bacc6" w:space="0" w:sz="8" w:themeColor="accent5" w:val="single"/>
          <w:bottom w:color="4bacc6" w:space="0" w:sz="8" w:themeColor="accent5" w:val="single"/>
          <w:right w:color="4bacc6" w:space="0" w:sz="8" w:themeColor="accent5" w:val="single"/>
          <w:insideV w:color="4bacc6" w:space="0" w:sz="8" w:themeColor="accent5" w:val="single"/>
        </w:tcBorders>
        <w:shd w:color="auto" w:fill="d2eaf1" w:themeFill="accent5" w:themeFillTint="00003F" w:val="clear"/>
      </w:tcPr>
    </w:tblStylePr>
    <w:tblStylePr w:type="band2Horz">
      <w:tblPr/>
      <w:tcPr>
        <w:tcBorders>
          <w:top w:color="4bacc6" w:space="0" w:sz="8" w:themeColor="accent5" w:val="single"/>
          <w:left w:color="4bacc6" w:space="0" w:sz="8" w:themeColor="accent5" w:val="single"/>
          <w:bottom w:color="4bacc6" w:space="0" w:sz="8" w:themeColor="accent5" w:val="single"/>
          <w:right w:color="4bacc6" w:space="0" w:sz="8" w:themeColor="accent5" w:val="single"/>
          <w:insideV w:color="4bacc6" w:space="0" w:sz="8" w:themeColor="accent5" w:val="single"/>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0" w:type="dxa"/>
      <w:tblBorders>
        <w:top w:color="f79646" w:space="0" w:sz="8" w:themeColor="accent6" w:val="single"/>
        <w:left w:color="f79646" w:space="0" w:sz="8" w:themeColor="accent6" w:val="single"/>
        <w:bottom w:color="f79646" w:space="0" w:sz="8" w:themeColor="accent6" w:val="single"/>
        <w:right w:color="f79646" w:space="0" w:sz="8" w:themeColor="accent6" w:val="single"/>
        <w:insideH w:color="f79646" w:space="0" w:sz="8" w:themeColor="accent6" w:val="single"/>
        <w:insideV w:color="f79646" w:space="0" w:sz="8" w:themeColor="accent6"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f79646" w:space="0" w:sz="8" w:themeColor="accent6" w:val="single"/>
          <w:left w:color="f79646" w:space="0" w:sz="8" w:themeColor="accent6" w:val="single"/>
          <w:bottom w:color="f79646" w:space="0" w:sz="18" w:themeColor="accent6" w:val="single"/>
          <w:right w:color="f79646" w:space="0" w:sz="8" w:themeColor="accent6" w:val="single"/>
          <w:insideH w:space="0" w:sz="0" w:val="nil"/>
          <w:insideV w:color="f79646" w:space="0" w:sz="8" w:themeColor="accent6"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f79646" w:space="0" w:sz="6" w:themeColor="accent6" w:val="double"/>
          <w:left w:color="f79646" w:space="0" w:sz="8" w:themeColor="accent6" w:val="single"/>
          <w:bottom w:color="f79646" w:space="0" w:sz="8" w:themeColor="accent6" w:val="single"/>
          <w:right w:color="f79646" w:space="0" w:sz="8" w:themeColor="accent6" w:val="single"/>
          <w:insideH w:space="0" w:sz="0" w:val="nil"/>
          <w:insideV w:color="f79646" w:space="0" w:sz="8" w:themeColor="accent6"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tcPr>
    </w:tblStylePr>
    <w:tblStylePr w:type="band1Vert">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shd w:color="auto" w:fill="fde4d0" w:themeFill="accent6" w:themeFillTint="00003F" w:val="clear"/>
      </w:tcPr>
    </w:tblStylePr>
    <w:tblStylePr w:type="band1Horz">
      <w:tblPr/>
      <w:tcPr>
        <w:tcBorders>
          <w:top w:color="f79646" w:space="0" w:sz="8" w:themeColor="accent6" w:val="single"/>
          <w:left w:color="f79646" w:space="0" w:sz="8" w:themeColor="accent6" w:val="single"/>
          <w:bottom w:color="f79646" w:space="0" w:sz="8" w:themeColor="accent6" w:val="single"/>
          <w:right w:color="f79646" w:space="0" w:sz="8" w:themeColor="accent6" w:val="single"/>
          <w:insideV w:color="f79646" w:space="0" w:sz="8" w:themeColor="accent6" w:val="single"/>
        </w:tcBorders>
        <w:shd w:color="auto" w:fill="fde4d0" w:themeFill="accent6" w:themeFillTint="00003F" w:val="clear"/>
      </w:tcPr>
    </w:tblStylePr>
    <w:tblStylePr w:type="band2Horz">
      <w:tblPr/>
      <w:tcPr>
        <w:tcBorders>
          <w:top w:color="f79646" w:space="0" w:sz="8" w:themeColor="accent6" w:val="single"/>
          <w:left w:color="f79646" w:space="0" w:sz="8" w:themeColor="accent6" w:val="single"/>
          <w:bottom w:color="f79646" w:space="0" w:sz="8" w:themeColor="accent6" w:val="single"/>
          <w:right w:color="f79646" w:space="0" w:sz="8" w:themeColor="accent6" w:val="single"/>
          <w:insideV w:color="f79646" w:space="0" w:sz="8" w:themeColor="accent6" w:val="single"/>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0" w:type="dxa"/>
      <w:tblBorders>
        <w:top w:color="404040" w:space="0" w:sz="8" w:themeColor="text1" w:themeTint="0000BF" w:val="single"/>
        <w:left w:color="404040" w:space="0" w:sz="8" w:themeColor="text1" w:themeTint="0000BF" w:val="single"/>
        <w:bottom w:color="404040" w:space="0" w:sz="8" w:themeColor="text1" w:themeTint="0000BF" w:val="single"/>
        <w:right w:color="404040" w:space="0" w:sz="8" w:themeColor="text1" w:themeTint="0000BF" w:val="single"/>
        <w:insideH w:color="404040" w:space="0" w:sz="8" w:themeColor="text1"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404040" w:space="0" w:sz="8" w:themeColor="text1" w:themeTint="0000BF" w:val="single"/>
          <w:left w:color="404040" w:space="0" w:sz="8" w:themeColor="text1" w:themeTint="0000BF" w:val="single"/>
          <w:bottom w:color="404040" w:space="0" w:sz="8" w:themeColor="text1" w:themeTint="0000BF" w:val="single"/>
          <w:right w:color="404040" w:space="0" w:sz="8" w:themeColor="text1" w:themeTint="0000BF" w:val="single"/>
          <w:insideH w:space="0" w:sz="0" w:val="nil"/>
          <w:insideV w:space="0" w:sz="0" w:val="nil"/>
        </w:tcBorders>
        <w:shd w:color="auto" w:fill="000000" w:themeFill="text1" w:val="clear"/>
      </w:tcPr>
    </w:tblStylePr>
    <w:tblStylePr w:type="lastRow">
      <w:pPr>
        <w:spacing w:after="0" w:before="0" w:line="240" w:lineRule="auto"/>
      </w:pPr>
      <w:rPr>
        <w:b w:val="1"/>
        <w:bCs w:val="1"/>
      </w:rPr>
      <w:tblPr/>
      <w:tcPr>
        <w:tcBorders>
          <w:top w:color="404040" w:space="0" w:sz="6" w:themeColor="text1" w:themeTint="0000BF" w:val="double"/>
          <w:left w:color="404040" w:space="0" w:sz="8" w:themeColor="text1" w:themeTint="0000BF" w:val="single"/>
          <w:bottom w:color="404040" w:space="0" w:sz="8" w:themeColor="text1" w:themeTint="0000BF" w:val="single"/>
          <w:right w:color="404040" w:space="0" w:sz="8" w:themeColor="text1"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c0c0c0" w:themeFill="text1" w:themeFillTint="00003F" w:val="clear"/>
      </w:tcPr>
    </w:tblStylePr>
    <w:tblStylePr w:type="band1Horz">
      <w:tblPr/>
      <w:tcPr>
        <w:tcBorders>
          <w:insideH w:space="0" w:sz="0" w:val="nil"/>
          <w:insideV w:space="0" w:sz="0" w:val="nil"/>
        </w:tcBorders>
        <w:shd w:color="auto" w:fill="c0c0c0" w:themeFill="text1" w:themeFillTint="00003F" w:val="clear"/>
      </w:tcPr>
    </w:tblStylePr>
    <w:tblStylePr w:type="band2Horz">
      <w:tblPr/>
      <w:tcPr>
        <w:tcBorders>
          <w:insideH w:space="0" w:sz="0" w:val="nil"/>
          <w:insideV w:space="0" w:sz="0"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0" w:type="dxa"/>
      <w:tblBorders>
        <w:top w:color="7ba0cd" w:space="0" w:sz="8" w:themeColor="accent1" w:themeTint="0000BF" w:val="single"/>
        <w:left w:color="7ba0cd" w:space="0" w:sz="8" w:themeColor="accent1" w:themeTint="0000BF" w:val="single"/>
        <w:bottom w:color="7ba0cd" w:space="0" w:sz="8" w:themeColor="accent1" w:themeTint="0000BF" w:val="single"/>
        <w:right w:color="7ba0cd" w:space="0" w:sz="8" w:themeColor="accent1" w:themeTint="0000BF" w:val="single"/>
        <w:insideH w:color="7ba0cd" w:space="0" w:sz="8" w:themeColor="accent1"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7ba0cd" w:space="0" w:sz="8" w:themeColor="accent1" w:themeTint="0000BF" w:val="single"/>
          <w:left w:color="7ba0cd" w:space="0" w:sz="8" w:themeColor="accent1" w:themeTint="0000BF" w:val="single"/>
          <w:bottom w:color="7ba0cd" w:space="0" w:sz="8" w:themeColor="accent1" w:themeTint="0000BF" w:val="single"/>
          <w:right w:color="7ba0cd" w:space="0" w:sz="8" w:themeColor="accent1" w:themeTint="0000BF" w:val="single"/>
          <w:insideH w:space="0" w:sz="0" w:val="nil"/>
          <w:insideV w:space="0" w:sz="0" w:val="nil"/>
        </w:tcBorders>
        <w:shd w:color="auto" w:fill="4f81bd" w:themeFill="accent1" w:val="clear"/>
      </w:tcPr>
    </w:tblStylePr>
    <w:tblStylePr w:type="lastRow">
      <w:pPr>
        <w:spacing w:after="0" w:before="0" w:line="240" w:lineRule="auto"/>
      </w:pPr>
      <w:rPr>
        <w:b w:val="1"/>
        <w:bCs w:val="1"/>
      </w:rPr>
      <w:tblPr/>
      <w:tcPr>
        <w:tcBorders>
          <w:top w:color="7ba0cd" w:space="0" w:sz="6" w:themeColor="accent1" w:themeTint="0000BF" w:val="double"/>
          <w:left w:color="7ba0cd" w:space="0" w:sz="8" w:themeColor="accent1" w:themeTint="0000BF" w:val="single"/>
          <w:bottom w:color="7ba0cd" w:space="0" w:sz="8" w:themeColor="accent1" w:themeTint="0000BF" w:val="single"/>
          <w:right w:color="7ba0cd" w:space="0" w:sz="8" w:themeColor="accent1"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3dfee" w:themeFill="accent1" w:themeFillTint="00003F" w:val="clear"/>
      </w:tcPr>
    </w:tblStylePr>
    <w:tblStylePr w:type="band1Horz">
      <w:tblPr/>
      <w:tcPr>
        <w:tcBorders>
          <w:insideH w:space="0" w:sz="0" w:val="nil"/>
          <w:insideV w:space="0" w:sz="0" w:val="nil"/>
        </w:tcBorders>
        <w:shd w:color="auto" w:fill="d3dfee" w:themeFill="accent1" w:themeFillTint="00003F" w:val="clear"/>
      </w:tcPr>
    </w:tblStylePr>
    <w:tblStylePr w:type="band2Horz">
      <w:tblPr/>
      <w:tcPr>
        <w:tcBorders>
          <w:insideH w:space="0" w:sz="0" w:val="nil"/>
          <w:insideV w:space="0" w:sz="0"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0" w:type="dxa"/>
      <w:tblBorders>
        <w:top w:color="cf7b79" w:space="0" w:sz="8" w:themeColor="accent2" w:themeTint="0000BF" w:val="single"/>
        <w:left w:color="cf7b79" w:space="0" w:sz="8" w:themeColor="accent2" w:themeTint="0000BF" w:val="single"/>
        <w:bottom w:color="cf7b79" w:space="0" w:sz="8" w:themeColor="accent2" w:themeTint="0000BF" w:val="single"/>
        <w:right w:color="cf7b79" w:space="0" w:sz="8" w:themeColor="accent2" w:themeTint="0000BF" w:val="single"/>
        <w:insideH w:color="cf7b79" w:space="0" w:sz="8" w:themeColor="accent2"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cf7b79" w:space="0" w:sz="8" w:themeColor="accent2" w:themeTint="0000BF" w:val="single"/>
          <w:left w:color="cf7b79" w:space="0" w:sz="8" w:themeColor="accent2" w:themeTint="0000BF" w:val="single"/>
          <w:bottom w:color="cf7b79" w:space="0" w:sz="8" w:themeColor="accent2" w:themeTint="0000BF" w:val="single"/>
          <w:right w:color="cf7b79" w:space="0" w:sz="8" w:themeColor="accent2" w:themeTint="0000BF" w:val="single"/>
          <w:insideH w:space="0" w:sz="0" w:val="nil"/>
          <w:insideV w:space="0" w:sz="0" w:val="nil"/>
        </w:tcBorders>
        <w:shd w:color="auto" w:fill="c0504d" w:themeFill="accent2" w:val="clear"/>
      </w:tcPr>
    </w:tblStylePr>
    <w:tblStylePr w:type="lastRow">
      <w:pPr>
        <w:spacing w:after="0" w:before="0" w:line="240" w:lineRule="auto"/>
      </w:pPr>
      <w:rPr>
        <w:b w:val="1"/>
        <w:bCs w:val="1"/>
      </w:rPr>
      <w:tblPr/>
      <w:tcPr>
        <w:tcBorders>
          <w:top w:color="cf7b79" w:space="0" w:sz="6" w:themeColor="accent2" w:themeTint="0000BF" w:val="double"/>
          <w:left w:color="cf7b79" w:space="0" w:sz="8" w:themeColor="accent2" w:themeTint="0000BF" w:val="single"/>
          <w:bottom w:color="cf7b79" w:space="0" w:sz="8" w:themeColor="accent2" w:themeTint="0000BF" w:val="single"/>
          <w:right w:color="cf7b79" w:space="0" w:sz="8" w:themeColor="accent2"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efd3d2" w:themeFill="accent2" w:themeFillTint="00003F" w:val="clear"/>
      </w:tcPr>
    </w:tblStylePr>
    <w:tblStylePr w:type="band1Horz">
      <w:tblPr/>
      <w:tcPr>
        <w:tcBorders>
          <w:insideH w:space="0" w:sz="0" w:val="nil"/>
          <w:insideV w:space="0" w:sz="0" w:val="nil"/>
        </w:tcBorders>
        <w:shd w:color="auto" w:fill="efd3d2" w:themeFill="accent2" w:themeFillTint="00003F" w:val="clear"/>
      </w:tcPr>
    </w:tblStylePr>
    <w:tblStylePr w:type="band2Horz">
      <w:tblPr/>
      <w:tcPr>
        <w:tcBorders>
          <w:insideH w:space="0" w:sz="0" w:val="nil"/>
          <w:insideV w:space="0" w:sz="0"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0" w:type="dxa"/>
      <w:tblBorders>
        <w:top w:color="b3cc82" w:space="0" w:sz="8" w:themeColor="accent3" w:themeTint="0000BF" w:val="single"/>
        <w:left w:color="b3cc82" w:space="0" w:sz="8" w:themeColor="accent3" w:themeTint="0000BF" w:val="single"/>
        <w:bottom w:color="b3cc82" w:space="0" w:sz="8" w:themeColor="accent3" w:themeTint="0000BF" w:val="single"/>
        <w:right w:color="b3cc82" w:space="0" w:sz="8" w:themeColor="accent3" w:themeTint="0000BF" w:val="single"/>
        <w:insideH w:color="b3cc82" w:space="0" w:sz="8" w:themeColor="accent3"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b3cc82" w:space="0" w:sz="8" w:themeColor="accent3" w:themeTint="0000BF" w:val="single"/>
          <w:left w:color="b3cc82" w:space="0" w:sz="8" w:themeColor="accent3" w:themeTint="0000BF" w:val="single"/>
          <w:bottom w:color="b3cc82" w:space="0" w:sz="8" w:themeColor="accent3" w:themeTint="0000BF" w:val="single"/>
          <w:right w:color="b3cc82" w:space="0" w:sz="8" w:themeColor="accent3" w:themeTint="0000BF" w:val="single"/>
          <w:insideH w:space="0" w:sz="0" w:val="nil"/>
          <w:insideV w:space="0" w:sz="0" w:val="nil"/>
        </w:tcBorders>
        <w:shd w:color="auto" w:fill="9bbb59" w:themeFill="accent3" w:val="clear"/>
      </w:tcPr>
    </w:tblStylePr>
    <w:tblStylePr w:type="lastRow">
      <w:pPr>
        <w:spacing w:after="0" w:before="0" w:line="240" w:lineRule="auto"/>
      </w:pPr>
      <w:rPr>
        <w:b w:val="1"/>
        <w:bCs w:val="1"/>
      </w:rPr>
      <w:tblPr/>
      <w:tcPr>
        <w:tcBorders>
          <w:top w:color="b3cc82" w:space="0" w:sz="6" w:themeColor="accent3" w:themeTint="0000BF" w:val="double"/>
          <w:left w:color="b3cc82" w:space="0" w:sz="8" w:themeColor="accent3" w:themeTint="0000BF" w:val="single"/>
          <w:bottom w:color="b3cc82" w:space="0" w:sz="8" w:themeColor="accent3" w:themeTint="0000BF" w:val="single"/>
          <w:right w:color="b3cc82" w:space="0" w:sz="8" w:themeColor="accent3"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e6eed5" w:themeFill="accent3" w:themeFillTint="00003F" w:val="clear"/>
      </w:tcPr>
    </w:tblStylePr>
    <w:tblStylePr w:type="band1Horz">
      <w:tblPr/>
      <w:tcPr>
        <w:tcBorders>
          <w:insideH w:space="0" w:sz="0" w:val="nil"/>
          <w:insideV w:space="0" w:sz="0" w:val="nil"/>
        </w:tcBorders>
        <w:shd w:color="auto" w:fill="e6eed5" w:themeFill="accent3" w:themeFillTint="00003F" w:val="clear"/>
      </w:tcPr>
    </w:tblStylePr>
    <w:tblStylePr w:type="band2Horz">
      <w:tblPr/>
      <w:tcPr>
        <w:tcBorders>
          <w:insideH w:space="0" w:sz="0" w:val="nil"/>
          <w:insideV w:space="0" w:sz="0"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0" w:type="dxa"/>
      <w:tblBorders>
        <w:top w:color="9f8ab9" w:space="0" w:sz="8" w:themeColor="accent4" w:themeTint="0000BF" w:val="single"/>
        <w:left w:color="9f8ab9" w:space="0" w:sz="8" w:themeColor="accent4" w:themeTint="0000BF" w:val="single"/>
        <w:bottom w:color="9f8ab9" w:space="0" w:sz="8" w:themeColor="accent4" w:themeTint="0000BF" w:val="single"/>
        <w:right w:color="9f8ab9" w:space="0" w:sz="8" w:themeColor="accent4" w:themeTint="0000BF" w:val="single"/>
        <w:insideH w:color="9f8ab9" w:space="0" w:sz="8" w:themeColor="accent4"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9f8ab9" w:space="0" w:sz="8" w:themeColor="accent4" w:themeTint="0000BF" w:val="single"/>
          <w:left w:color="9f8ab9" w:space="0" w:sz="8" w:themeColor="accent4" w:themeTint="0000BF" w:val="single"/>
          <w:bottom w:color="9f8ab9" w:space="0" w:sz="8" w:themeColor="accent4" w:themeTint="0000BF" w:val="single"/>
          <w:right w:color="9f8ab9" w:space="0" w:sz="8" w:themeColor="accent4" w:themeTint="0000BF" w:val="single"/>
          <w:insideH w:space="0" w:sz="0" w:val="nil"/>
          <w:insideV w:space="0" w:sz="0" w:val="nil"/>
        </w:tcBorders>
        <w:shd w:color="auto" w:fill="8064a2" w:themeFill="accent4" w:val="clear"/>
      </w:tcPr>
    </w:tblStylePr>
    <w:tblStylePr w:type="lastRow">
      <w:pPr>
        <w:spacing w:after="0" w:before="0" w:line="240" w:lineRule="auto"/>
      </w:pPr>
      <w:rPr>
        <w:b w:val="1"/>
        <w:bCs w:val="1"/>
      </w:rPr>
      <w:tblPr/>
      <w:tcPr>
        <w:tcBorders>
          <w:top w:color="9f8ab9" w:space="0" w:sz="6" w:themeColor="accent4" w:themeTint="0000BF" w:val="double"/>
          <w:left w:color="9f8ab9" w:space="0" w:sz="8" w:themeColor="accent4" w:themeTint="0000BF" w:val="single"/>
          <w:bottom w:color="9f8ab9" w:space="0" w:sz="8" w:themeColor="accent4" w:themeTint="0000BF" w:val="single"/>
          <w:right w:color="9f8ab9" w:space="0" w:sz="8" w:themeColor="accent4"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fd8e8" w:themeFill="accent4" w:themeFillTint="00003F" w:val="clear"/>
      </w:tcPr>
    </w:tblStylePr>
    <w:tblStylePr w:type="band1Horz">
      <w:tblPr/>
      <w:tcPr>
        <w:tcBorders>
          <w:insideH w:space="0" w:sz="0" w:val="nil"/>
          <w:insideV w:space="0" w:sz="0" w:val="nil"/>
        </w:tcBorders>
        <w:shd w:color="auto" w:fill="dfd8e8" w:themeFill="accent4" w:themeFillTint="00003F" w:val="clear"/>
      </w:tcPr>
    </w:tblStylePr>
    <w:tblStylePr w:type="band2Horz">
      <w:tblPr/>
      <w:tcPr>
        <w:tcBorders>
          <w:insideH w:space="0" w:sz="0" w:val="nil"/>
          <w:insideV w:space="0" w:sz="0"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0" w:type="dxa"/>
      <w:tblBorders>
        <w:top w:color="78c0d4" w:space="0" w:sz="8" w:themeColor="accent5" w:themeTint="0000BF" w:val="single"/>
        <w:left w:color="78c0d4" w:space="0" w:sz="8" w:themeColor="accent5" w:themeTint="0000BF" w:val="single"/>
        <w:bottom w:color="78c0d4" w:space="0" w:sz="8" w:themeColor="accent5" w:themeTint="0000BF" w:val="single"/>
        <w:right w:color="78c0d4" w:space="0" w:sz="8" w:themeColor="accent5" w:themeTint="0000BF" w:val="single"/>
        <w:insideH w:color="78c0d4" w:space="0" w:sz="8" w:themeColor="accent5"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78c0d4" w:space="0" w:sz="8" w:themeColor="accent5" w:themeTint="0000BF" w:val="single"/>
          <w:left w:color="78c0d4" w:space="0" w:sz="8" w:themeColor="accent5" w:themeTint="0000BF" w:val="single"/>
          <w:bottom w:color="78c0d4" w:space="0" w:sz="8" w:themeColor="accent5" w:themeTint="0000BF" w:val="single"/>
          <w:right w:color="78c0d4" w:space="0" w:sz="8" w:themeColor="accent5" w:themeTint="0000BF" w:val="single"/>
          <w:insideH w:space="0" w:sz="0" w:val="nil"/>
          <w:insideV w:space="0" w:sz="0" w:val="nil"/>
        </w:tcBorders>
        <w:shd w:color="auto" w:fill="4bacc6" w:themeFill="accent5" w:val="clear"/>
      </w:tcPr>
    </w:tblStylePr>
    <w:tblStylePr w:type="lastRow">
      <w:pPr>
        <w:spacing w:after="0" w:before="0" w:line="240" w:lineRule="auto"/>
      </w:pPr>
      <w:rPr>
        <w:b w:val="1"/>
        <w:bCs w:val="1"/>
      </w:rPr>
      <w:tblPr/>
      <w:tcPr>
        <w:tcBorders>
          <w:top w:color="78c0d4" w:space="0" w:sz="6" w:themeColor="accent5" w:themeTint="0000BF" w:val="double"/>
          <w:left w:color="78c0d4" w:space="0" w:sz="8" w:themeColor="accent5" w:themeTint="0000BF" w:val="single"/>
          <w:bottom w:color="78c0d4" w:space="0" w:sz="8" w:themeColor="accent5" w:themeTint="0000BF" w:val="single"/>
          <w:right w:color="78c0d4" w:space="0" w:sz="8" w:themeColor="accent5"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2eaf1" w:themeFill="accent5" w:themeFillTint="00003F" w:val="clear"/>
      </w:tcPr>
    </w:tblStylePr>
    <w:tblStylePr w:type="band1Horz">
      <w:tblPr/>
      <w:tcPr>
        <w:tcBorders>
          <w:insideH w:space="0" w:sz="0" w:val="nil"/>
          <w:insideV w:space="0" w:sz="0" w:val="nil"/>
        </w:tcBorders>
        <w:shd w:color="auto" w:fill="d2eaf1" w:themeFill="accent5" w:themeFillTint="00003F" w:val="clear"/>
      </w:tcPr>
    </w:tblStylePr>
    <w:tblStylePr w:type="band2Horz">
      <w:tblPr/>
      <w:tcPr>
        <w:tcBorders>
          <w:insideH w:space="0" w:sz="0" w:val="nil"/>
          <w:insideV w:space="0" w:sz="0"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0" w:type="dxa"/>
      <w:tblBorders>
        <w:top w:color="f9b074" w:space="0" w:sz="8" w:themeColor="accent6" w:themeTint="0000BF" w:val="single"/>
        <w:left w:color="f9b074" w:space="0" w:sz="8" w:themeColor="accent6" w:themeTint="0000BF" w:val="single"/>
        <w:bottom w:color="f9b074" w:space="0" w:sz="8" w:themeColor="accent6" w:themeTint="0000BF" w:val="single"/>
        <w:right w:color="f9b074" w:space="0" w:sz="8" w:themeColor="accent6" w:themeTint="0000BF" w:val="single"/>
        <w:insideH w:color="f9b074" w:space="0" w:sz="8" w:themeColor="accent6"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f9b074" w:space="0" w:sz="8" w:themeColor="accent6" w:themeTint="0000BF" w:val="single"/>
          <w:left w:color="f9b074" w:space="0" w:sz="8" w:themeColor="accent6" w:themeTint="0000BF" w:val="single"/>
          <w:bottom w:color="f9b074" w:space="0" w:sz="8" w:themeColor="accent6" w:themeTint="0000BF" w:val="single"/>
          <w:right w:color="f9b074" w:space="0" w:sz="8" w:themeColor="accent6" w:themeTint="0000BF" w:val="single"/>
          <w:insideH w:space="0" w:sz="0" w:val="nil"/>
          <w:insideV w:space="0" w:sz="0" w:val="nil"/>
        </w:tcBorders>
        <w:shd w:color="auto" w:fill="f79646" w:themeFill="accent6" w:val="clear"/>
      </w:tcPr>
    </w:tblStylePr>
    <w:tblStylePr w:type="lastRow">
      <w:pPr>
        <w:spacing w:after="0" w:before="0" w:line="240" w:lineRule="auto"/>
      </w:pPr>
      <w:rPr>
        <w:b w:val="1"/>
        <w:bCs w:val="1"/>
      </w:rPr>
      <w:tblPr/>
      <w:tcPr>
        <w:tcBorders>
          <w:top w:color="f9b074" w:space="0" w:sz="6" w:themeColor="accent6" w:themeTint="0000BF" w:val="double"/>
          <w:left w:color="f9b074" w:space="0" w:sz="8" w:themeColor="accent6" w:themeTint="0000BF" w:val="single"/>
          <w:bottom w:color="f9b074" w:space="0" w:sz="8" w:themeColor="accent6" w:themeTint="0000BF" w:val="single"/>
          <w:right w:color="f9b074" w:space="0" w:sz="8" w:themeColor="accent6"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fde4d0" w:themeFill="accent6" w:themeFillTint="00003F" w:val="clear"/>
      </w:tcPr>
    </w:tblStylePr>
    <w:tblStylePr w:type="band1Horz">
      <w:tblPr/>
      <w:tcPr>
        <w:tcBorders>
          <w:insideH w:space="0" w:sz="0" w:val="nil"/>
          <w:insideV w:space="0" w:sz="0" w:val="nil"/>
        </w:tcBorders>
        <w:shd w:color="auto" w:fill="fde4d0" w:themeFill="accent6" w:themeFillTint="00003F" w:val="clear"/>
      </w:tcPr>
    </w:tblStylePr>
    <w:tblStylePr w:type="band2Horz">
      <w:tblPr/>
      <w:tcPr>
        <w:tcBorders>
          <w:insideH w:space="0" w:sz="0" w:val="nil"/>
          <w:insideV w:space="0" w:sz="0"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000000" w:themeFill="text1"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000000" w:themeFill="text1"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000000" w:themeFill="text1"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4f81bd" w:themeFill="accent1"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4f81bd" w:themeFill="accent1"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4f81bd" w:themeFill="accent1"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c0504d" w:themeFill="accent2"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c0504d" w:themeFill="accent2"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c0504d" w:themeFill="accent2"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9bbb59" w:themeFill="accent3"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9bbb59" w:themeFill="accent3"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9bbb59" w:themeFill="accent3"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8064a2" w:themeFill="accent4"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8064a2" w:themeFill="accent4"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8064a2" w:themeFill="accent4"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4bacc6" w:themeFill="accent5"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4bacc6" w:themeFill="accent5"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4bacc6" w:themeFill="accent5"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f79646" w:themeFill="accent6"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f79646" w:themeFill="accent6"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f79646" w:themeFill="accent6"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0" w:type="dxa"/>
      <w:tblBorders>
        <w:top w:color="000000" w:space="0" w:sz="8" w:themeColor="text1" w:val="single"/>
        <w:bottom w:color="000000" w:space="0" w:sz="8" w:themeColor="text1"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000000" w:space="0" w:sz="8" w:themeColor="text1" w:val="single"/>
        </w:tcBorders>
      </w:tcPr>
    </w:tblStylePr>
    <w:tblStylePr w:type="lastRow">
      <w:rPr>
        <w:b w:val="1"/>
        <w:bCs w:val="1"/>
        <w:color w:val="1f497d" w:themeColor="text2"/>
      </w:rPr>
      <w:tblPr/>
      <w:tcPr>
        <w:tcBorders>
          <w:top w:color="000000" w:space="0" w:sz="8" w:themeColor="text1" w:val="single"/>
          <w:bottom w:color="000000" w:space="0" w:sz="8" w:themeColor="text1" w:val="single"/>
        </w:tcBorders>
      </w:tcPr>
    </w:tblStylePr>
    <w:tblStylePr w:type="firstCol">
      <w:rPr>
        <w:b w:val="1"/>
        <w:bCs w:val="1"/>
      </w:rPr>
    </w:tblStylePr>
    <w:tblStylePr w:type="lastCol">
      <w:rPr>
        <w:b w:val="1"/>
        <w:bCs w:val="1"/>
      </w:rPr>
      <w:tblPr/>
      <w:tcPr>
        <w:tcBorders>
          <w:top w:color="000000" w:space="0" w:sz="8" w:themeColor="text1" w:val="single"/>
          <w:bottom w:color="000000" w:space="0" w:sz="8" w:themeColor="text1" w:val="single"/>
        </w:tcBorders>
      </w:tcPr>
    </w:tblStylePr>
    <w:tblStylePr w:type="band1Vert">
      <w:tblPr/>
      <w:tcPr>
        <w:shd w:color="auto" w:fill="c0c0c0" w:themeFill="text1" w:themeFillTint="00003F" w:val="clear"/>
      </w:tcPr>
    </w:tblStylePr>
    <w:tblStylePr w:type="band1Horz">
      <w:tblPr/>
      <w:tcPr>
        <w:shd w:color="auto" w:fill="c0c0c0" w:themeFill="text1" w:themeFillTint="00003F" w:val="clear"/>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0" w:type="dxa"/>
      <w:tblBorders>
        <w:top w:color="4f81bd" w:space="0" w:sz="8" w:themeColor="accent1" w:val="single"/>
        <w:bottom w:color="4f81bd" w:space="0" w:sz="8" w:themeColor="accent1"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4f81bd" w:space="0" w:sz="8" w:themeColor="accent1" w:val="single"/>
        </w:tcBorders>
      </w:tcPr>
    </w:tblStylePr>
    <w:tblStylePr w:type="lastRow">
      <w:rPr>
        <w:b w:val="1"/>
        <w:bCs w:val="1"/>
        <w:color w:val="1f497d" w:themeColor="text2"/>
      </w:rPr>
      <w:tblPr/>
      <w:tcPr>
        <w:tcBorders>
          <w:top w:color="4f81bd" w:space="0" w:sz="8" w:themeColor="accent1" w:val="single"/>
          <w:bottom w:color="4f81bd" w:space="0" w:sz="8" w:themeColor="accent1" w:val="single"/>
        </w:tcBorders>
      </w:tcPr>
    </w:tblStylePr>
    <w:tblStylePr w:type="firstCol">
      <w:rPr>
        <w:b w:val="1"/>
        <w:bCs w:val="1"/>
      </w:rPr>
    </w:tblStylePr>
    <w:tblStylePr w:type="lastCol">
      <w:rPr>
        <w:b w:val="1"/>
        <w:bCs w:val="1"/>
      </w:rPr>
      <w:tblPr/>
      <w:tcPr>
        <w:tcBorders>
          <w:top w:color="4f81bd" w:space="0" w:sz="8" w:themeColor="accent1" w:val="single"/>
          <w:bottom w:color="4f81bd" w:space="0" w:sz="8" w:themeColor="accent1" w:val="single"/>
        </w:tcBorders>
      </w:tcPr>
    </w:tblStylePr>
    <w:tblStylePr w:type="band1Vert">
      <w:tblPr/>
      <w:tcPr>
        <w:shd w:color="auto" w:fill="d3dfee" w:themeFill="accent1" w:themeFillTint="00003F" w:val="clear"/>
      </w:tcPr>
    </w:tblStylePr>
    <w:tblStylePr w:type="band1Horz">
      <w:tblPr/>
      <w:tcPr>
        <w:shd w:color="auto" w:fill="d3dfee" w:themeFill="accent1" w:themeFillTint="00003F" w:val="clear"/>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0" w:type="dxa"/>
      <w:tblBorders>
        <w:top w:color="c0504d" w:space="0" w:sz="8" w:themeColor="accent2" w:val="single"/>
        <w:bottom w:color="c0504d" w:space="0" w:sz="8" w:themeColor="accent2"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c0504d" w:space="0" w:sz="8" w:themeColor="accent2" w:val="single"/>
        </w:tcBorders>
      </w:tcPr>
    </w:tblStylePr>
    <w:tblStylePr w:type="lastRow">
      <w:rPr>
        <w:b w:val="1"/>
        <w:bCs w:val="1"/>
        <w:color w:val="1f497d" w:themeColor="text2"/>
      </w:rPr>
      <w:tblPr/>
      <w:tcPr>
        <w:tcBorders>
          <w:top w:color="c0504d" w:space="0" w:sz="8" w:themeColor="accent2" w:val="single"/>
          <w:bottom w:color="c0504d" w:space="0" w:sz="8" w:themeColor="accent2" w:val="single"/>
        </w:tcBorders>
      </w:tcPr>
    </w:tblStylePr>
    <w:tblStylePr w:type="firstCol">
      <w:rPr>
        <w:b w:val="1"/>
        <w:bCs w:val="1"/>
      </w:rPr>
    </w:tblStylePr>
    <w:tblStylePr w:type="lastCol">
      <w:rPr>
        <w:b w:val="1"/>
        <w:bCs w:val="1"/>
      </w:rPr>
      <w:tblPr/>
      <w:tcPr>
        <w:tcBorders>
          <w:top w:color="c0504d" w:space="0" w:sz="8" w:themeColor="accent2" w:val="single"/>
          <w:bottom w:color="c0504d" w:space="0" w:sz="8" w:themeColor="accent2" w:val="single"/>
        </w:tcBorders>
      </w:tcPr>
    </w:tblStylePr>
    <w:tblStylePr w:type="band1Vert">
      <w:tblPr/>
      <w:tcPr>
        <w:shd w:color="auto" w:fill="efd3d2" w:themeFill="accent2" w:themeFillTint="00003F" w:val="clear"/>
      </w:tcPr>
    </w:tblStylePr>
    <w:tblStylePr w:type="band1Horz">
      <w:tblPr/>
      <w:tcPr>
        <w:shd w:color="auto" w:fill="efd3d2" w:themeFill="accent2" w:themeFillTint="00003F" w:val="clear"/>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0" w:type="dxa"/>
      <w:tblBorders>
        <w:top w:color="9bbb59" w:space="0" w:sz="8" w:themeColor="accent3" w:val="single"/>
        <w:bottom w:color="9bbb59" w:space="0" w:sz="8" w:themeColor="accent3"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9bbb59" w:space="0" w:sz="8" w:themeColor="accent3" w:val="single"/>
        </w:tcBorders>
      </w:tcPr>
    </w:tblStylePr>
    <w:tblStylePr w:type="lastRow">
      <w:rPr>
        <w:b w:val="1"/>
        <w:bCs w:val="1"/>
        <w:color w:val="1f497d" w:themeColor="text2"/>
      </w:rPr>
      <w:tblPr/>
      <w:tcPr>
        <w:tcBorders>
          <w:top w:color="9bbb59" w:space="0" w:sz="8" w:themeColor="accent3" w:val="single"/>
          <w:bottom w:color="9bbb59" w:space="0" w:sz="8" w:themeColor="accent3" w:val="single"/>
        </w:tcBorders>
      </w:tcPr>
    </w:tblStylePr>
    <w:tblStylePr w:type="firstCol">
      <w:rPr>
        <w:b w:val="1"/>
        <w:bCs w:val="1"/>
      </w:rPr>
    </w:tblStylePr>
    <w:tblStylePr w:type="lastCol">
      <w:rPr>
        <w:b w:val="1"/>
        <w:bCs w:val="1"/>
      </w:rPr>
      <w:tblPr/>
      <w:tcPr>
        <w:tcBorders>
          <w:top w:color="9bbb59" w:space="0" w:sz="8" w:themeColor="accent3" w:val="single"/>
          <w:bottom w:color="9bbb59" w:space="0" w:sz="8" w:themeColor="accent3" w:val="single"/>
        </w:tcBorders>
      </w:tcPr>
    </w:tblStylePr>
    <w:tblStylePr w:type="band1Vert">
      <w:tblPr/>
      <w:tcPr>
        <w:shd w:color="auto" w:fill="e6eed5" w:themeFill="accent3" w:themeFillTint="00003F" w:val="clear"/>
      </w:tcPr>
    </w:tblStylePr>
    <w:tblStylePr w:type="band1Horz">
      <w:tblPr/>
      <w:tcPr>
        <w:shd w:color="auto" w:fill="e6eed5" w:themeFill="accent3" w:themeFillTint="00003F" w:val="clear"/>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0" w:type="dxa"/>
      <w:tblBorders>
        <w:top w:color="8064a2" w:space="0" w:sz="8" w:themeColor="accent4" w:val="single"/>
        <w:bottom w:color="8064a2" w:space="0" w:sz="8" w:themeColor="accent4"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8064a2" w:space="0" w:sz="8" w:themeColor="accent4" w:val="single"/>
        </w:tcBorders>
      </w:tcPr>
    </w:tblStylePr>
    <w:tblStylePr w:type="lastRow">
      <w:rPr>
        <w:b w:val="1"/>
        <w:bCs w:val="1"/>
        <w:color w:val="1f497d" w:themeColor="text2"/>
      </w:rPr>
      <w:tblPr/>
      <w:tcPr>
        <w:tcBorders>
          <w:top w:color="8064a2" w:space="0" w:sz="8" w:themeColor="accent4" w:val="single"/>
          <w:bottom w:color="8064a2" w:space="0" w:sz="8" w:themeColor="accent4" w:val="single"/>
        </w:tcBorders>
      </w:tcPr>
    </w:tblStylePr>
    <w:tblStylePr w:type="firstCol">
      <w:rPr>
        <w:b w:val="1"/>
        <w:bCs w:val="1"/>
      </w:rPr>
    </w:tblStylePr>
    <w:tblStylePr w:type="lastCol">
      <w:rPr>
        <w:b w:val="1"/>
        <w:bCs w:val="1"/>
      </w:rPr>
      <w:tblPr/>
      <w:tcPr>
        <w:tcBorders>
          <w:top w:color="8064a2" w:space="0" w:sz="8" w:themeColor="accent4" w:val="single"/>
          <w:bottom w:color="8064a2" w:space="0" w:sz="8" w:themeColor="accent4" w:val="single"/>
        </w:tcBorders>
      </w:tcPr>
    </w:tblStylePr>
    <w:tblStylePr w:type="band1Vert">
      <w:tblPr/>
      <w:tcPr>
        <w:shd w:color="auto" w:fill="dfd8e8" w:themeFill="accent4" w:themeFillTint="00003F" w:val="clear"/>
      </w:tcPr>
    </w:tblStylePr>
    <w:tblStylePr w:type="band1Horz">
      <w:tblPr/>
      <w:tcPr>
        <w:shd w:color="auto" w:fill="dfd8e8" w:themeFill="accent4" w:themeFillTint="00003F" w:val="clear"/>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0" w:type="dxa"/>
      <w:tblBorders>
        <w:top w:color="4bacc6" w:space="0" w:sz="8" w:themeColor="accent5" w:val="single"/>
        <w:bottom w:color="4bacc6" w:space="0" w:sz="8" w:themeColor="accent5"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4bacc6" w:space="0" w:sz="8" w:themeColor="accent5" w:val="single"/>
        </w:tcBorders>
      </w:tcPr>
    </w:tblStylePr>
    <w:tblStylePr w:type="lastRow">
      <w:rPr>
        <w:b w:val="1"/>
        <w:bCs w:val="1"/>
        <w:color w:val="1f497d" w:themeColor="text2"/>
      </w:rPr>
      <w:tblPr/>
      <w:tcPr>
        <w:tcBorders>
          <w:top w:color="4bacc6" w:space="0" w:sz="8" w:themeColor="accent5" w:val="single"/>
          <w:bottom w:color="4bacc6" w:space="0" w:sz="8" w:themeColor="accent5" w:val="single"/>
        </w:tcBorders>
      </w:tcPr>
    </w:tblStylePr>
    <w:tblStylePr w:type="firstCol">
      <w:rPr>
        <w:b w:val="1"/>
        <w:bCs w:val="1"/>
      </w:rPr>
    </w:tblStylePr>
    <w:tblStylePr w:type="lastCol">
      <w:rPr>
        <w:b w:val="1"/>
        <w:bCs w:val="1"/>
      </w:rPr>
      <w:tblPr/>
      <w:tcPr>
        <w:tcBorders>
          <w:top w:color="4bacc6" w:space="0" w:sz="8" w:themeColor="accent5" w:val="single"/>
          <w:bottom w:color="4bacc6" w:space="0" w:sz="8" w:themeColor="accent5" w:val="single"/>
        </w:tcBorders>
      </w:tcPr>
    </w:tblStylePr>
    <w:tblStylePr w:type="band1Vert">
      <w:tblPr/>
      <w:tcPr>
        <w:shd w:color="auto" w:fill="d2eaf1" w:themeFill="accent5" w:themeFillTint="00003F" w:val="clear"/>
      </w:tcPr>
    </w:tblStylePr>
    <w:tblStylePr w:type="band1Horz">
      <w:tblPr/>
      <w:tcPr>
        <w:shd w:color="auto" w:fill="d2eaf1" w:themeFill="accent5" w:themeFillTint="00003F" w:val="clear"/>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0" w:type="dxa"/>
      <w:tblBorders>
        <w:top w:color="f79646" w:space="0" w:sz="8" w:themeColor="accent6" w:val="single"/>
        <w:bottom w:color="f79646" w:space="0" w:sz="8" w:themeColor="accent6"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f79646" w:space="0" w:sz="8" w:themeColor="accent6" w:val="single"/>
        </w:tcBorders>
      </w:tcPr>
    </w:tblStylePr>
    <w:tblStylePr w:type="lastRow">
      <w:rPr>
        <w:b w:val="1"/>
        <w:bCs w:val="1"/>
        <w:color w:val="1f497d" w:themeColor="text2"/>
      </w:rPr>
      <w:tblPr/>
      <w:tcPr>
        <w:tcBorders>
          <w:top w:color="f79646" w:space="0" w:sz="8" w:themeColor="accent6" w:val="single"/>
          <w:bottom w:color="f79646" w:space="0" w:sz="8" w:themeColor="accent6" w:val="single"/>
        </w:tcBorders>
      </w:tcPr>
    </w:tblStylePr>
    <w:tblStylePr w:type="firstCol">
      <w:rPr>
        <w:b w:val="1"/>
        <w:bCs w:val="1"/>
      </w:rPr>
    </w:tblStylePr>
    <w:tblStylePr w:type="lastCol">
      <w:rPr>
        <w:b w:val="1"/>
        <w:bCs w:val="1"/>
      </w:rPr>
      <w:tblPr/>
      <w:tcPr>
        <w:tcBorders>
          <w:top w:color="f79646" w:space="0" w:sz="8" w:themeColor="accent6" w:val="single"/>
          <w:bottom w:color="f79646" w:space="0" w:sz="8" w:themeColor="accent6" w:val="single"/>
        </w:tcBorders>
      </w:tcPr>
    </w:tblStylePr>
    <w:tblStylePr w:type="band1Vert">
      <w:tblPr/>
      <w:tcPr>
        <w:shd w:color="auto" w:fill="fde4d0" w:themeFill="accent6" w:themeFillTint="00003F" w:val="clear"/>
      </w:tcPr>
    </w:tblStylePr>
    <w:tblStylePr w:type="band1Horz">
      <w:tblPr/>
      <w:tcPr>
        <w:shd w:color="auto" w:fill="fde4d0" w:themeFill="accent6" w:themeFillTint="00003F" w:val="clear"/>
      </w:tcPr>
    </w:tblStylePr>
  </w:style>
  <w:style w:type="table" w:styleId="MediumList2">
    <w:name w:val="Medium List 2"/>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000000" w:space="0" w:sz="8" w:themeColor="text1" w:val="single"/>
        <w:left w:color="000000" w:space="0" w:sz="8" w:themeColor="text1" w:val="single"/>
        <w:bottom w:color="000000" w:space="0" w:sz="8" w:themeColor="text1" w:val="single"/>
        <w:right w:color="000000" w:space="0" w:sz="8" w:themeColor="text1"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000000" w:space="0" w:sz="24" w:themeColor="text1" w:val="single"/>
          <w:right w:space="0" w:sz="0" w:val="nil"/>
          <w:insideH w:space="0" w:sz="0" w:val="nil"/>
          <w:insideV w:space="0" w:sz="0" w:val="nil"/>
        </w:tcBorders>
        <w:shd w:color="auto" w:fill="ffffff" w:themeFill="background1" w:val="clear"/>
      </w:tcPr>
    </w:tblStylePr>
    <w:tblStylePr w:type="lastRow">
      <w:tblPr/>
      <w:tcPr>
        <w:tcBorders>
          <w:top w:color="000000" w:space="0" w:sz="8"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000000" w:space="0" w:sz="8" w:themeColor="text1" w:val="single"/>
          <w:insideH w:space="0" w:sz="0" w:val="nil"/>
          <w:insideV w:space="0" w:sz="0" w:val="nil"/>
        </w:tcBorders>
        <w:shd w:color="auto" w:fill="ffffff" w:themeFill="background1" w:val="clear"/>
      </w:tcPr>
    </w:tblStylePr>
    <w:tblStylePr w:type="lastCol">
      <w:tblPr/>
      <w:tcPr>
        <w:tcBorders>
          <w:top w:space="0" w:sz="0" w:val="nil"/>
          <w:left w:color="000000" w:space="0" w:sz="8" w:themeColor="text1"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c0c0c0" w:themeFill="text1" w:themeFillTint="00003F" w:val="clear"/>
      </w:tcPr>
    </w:tblStylePr>
    <w:tblStylePr w:type="band1Horz">
      <w:tblPr/>
      <w:tcPr>
        <w:tcBorders>
          <w:top w:space="0" w:sz="0" w:val="nil"/>
          <w:bottom w:space="0" w:sz="0" w:val="nil"/>
          <w:insideH w:space="0" w:sz="0" w:val="nil"/>
          <w:insideV w:space="0" w:sz="0" w:val="nil"/>
        </w:tcBorders>
        <w:shd w:color="auto" w:fill="c0c0c0" w:themeFill="text1"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1">
    <w:name w:val="Medium List 2 Accent 1"/>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4f81bd" w:space="0" w:sz="8" w:themeColor="accent1" w:val="single"/>
        <w:left w:color="4f81bd" w:space="0" w:sz="8" w:themeColor="accent1" w:val="single"/>
        <w:bottom w:color="4f81bd" w:space="0" w:sz="8" w:themeColor="accent1" w:val="single"/>
        <w:right w:color="4f81bd" w:space="0" w:sz="8" w:themeColor="accent1"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4f81bd" w:space="0" w:sz="24" w:themeColor="accent1" w:val="single"/>
          <w:right w:space="0" w:sz="0" w:val="nil"/>
          <w:insideH w:space="0" w:sz="0" w:val="nil"/>
          <w:insideV w:space="0" w:sz="0" w:val="nil"/>
        </w:tcBorders>
        <w:shd w:color="auto" w:fill="ffffff" w:themeFill="background1" w:val="clear"/>
      </w:tcPr>
    </w:tblStylePr>
    <w:tblStylePr w:type="lastRow">
      <w:tblPr/>
      <w:tcPr>
        <w:tcBorders>
          <w:top w:color="4f81bd" w:space="0" w:sz="8" w:themeColor="accent1"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4f81bd" w:space="0" w:sz="8" w:themeColor="accent1" w:val="single"/>
          <w:insideH w:space="0" w:sz="0" w:val="nil"/>
          <w:insideV w:space="0" w:sz="0" w:val="nil"/>
        </w:tcBorders>
        <w:shd w:color="auto" w:fill="ffffff" w:themeFill="background1" w:val="clear"/>
      </w:tcPr>
    </w:tblStylePr>
    <w:tblStylePr w:type="lastCol">
      <w:tblPr/>
      <w:tcPr>
        <w:tcBorders>
          <w:top w:space="0" w:sz="0" w:val="nil"/>
          <w:left w:color="4f81bd" w:space="0" w:sz="8" w:themeColor="accent1"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d3dfee" w:themeFill="accent1" w:themeFillTint="00003F" w:val="clear"/>
      </w:tcPr>
    </w:tblStylePr>
    <w:tblStylePr w:type="band1Horz">
      <w:tblPr/>
      <w:tcPr>
        <w:tcBorders>
          <w:top w:space="0" w:sz="0" w:val="nil"/>
          <w:bottom w:space="0" w:sz="0" w:val="nil"/>
          <w:insideH w:space="0" w:sz="0" w:val="nil"/>
          <w:insideV w:space="0" w:sz="0" w:val="nil"/>
        </w:tcBorders>
        <w:shd w:color="auto" w:fill="d3dfee" w:themeFill="accent1"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2">
    <w:name w:val="Medium List 2 Accent 2"/>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c0504d" w:space="0" w:sz="8" w:themeColor="accent2" w:val="single"/>
        <w:left w:color="c0504d" w:space="0" w:sz="8" w:themeColor="accent2" w:val="single"/>
        <w:bottom w:color="c0504d" w:space="0" w:sz="8" w:themeColor="accent2" w:val="single"/>
        <w:right w:color="c0504d" w:space="0" w:sz="8" w:themeColor="accent2"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c0504d" w:space="0" w:sz="24" w:themeColor="accent2" w:val="single"/>
          <w:right w:space="0" w:sz="0" w:val="nil"/>
          <w:insideH w:space="0" w:sz="0" w:val="nil"/>
          <w:insideV w:space="0" w:sz="0" w:val="nil"/>
        </w:tcBorders>
        <w:shd w:color="auto" w:fill="ffffff" w:themeFill="background1" w:val="clear"/>
      </w:tcPr>
    </w:tblStylePr>
    <w:tblStylePr w:type="lastRow">
      <w:tblPr/>
      <w:tcPr>
        <w:tcBorders>
          <w:top w:color="c0504d" w:space="0" w:sz="8" w:themeColor="accent2"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c0504d" w:space="0" w:sz="8" w:themeColor="accent2" w:val="single"/>
          <w:insideH w:space="0" w:sz="0" w:val="nil"/>
          <w:insideV w:space="0" w:sz="0" w:val="nil"/>
        </w:tcBorders>
        <w:shd w:color="auto" w:fill="ffffff" w:themeFill="background1" w:val="clear"/>
      </w:tcPr>
    </w:tblStylePr>
    <w:tblStylePr w:type="lastCol">
      <w:tblPr/>
      <w:tcPr>
        <w:tcBorders>
          <w:top w:space="0" w:sz="0" w:val="nil"/>
          <w:left w:color="c0504d" w:space="0" w:sz="8" w:themeColor="accent2"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efd3d2" w:themeFill="accent2" w:themeFillTint="00003F" w:val="clear"/>
      </w:tcPr>
    </w:tblStylePr>
    <w:tblStylePr w:type="band1Horz">
      <w:tblPr/>
      <w:tcPr>
        <w:tcBorders>
          <w:top w:space="0" w:sz="0" w:val="nil"/>
          <w:bottom w:space="0" w:sz="0" w:val="nil"/>
          <w:insideH w:space="0" w:sz="0" w:val="nil"/>
          <w:insideV w:space="0" w:sz="0" w:val="nil"/>
        </w:tcBorders>
        <w:shd w:color="auto" w:fill="efd3d2" w:themeFill="accent2"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3">
    <w:name w:val="Medium List 2 Accent 3"/>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9bbb59" w:space="0" w:sz="8" w:themeColor="accent3" w:val="single"/>
        <w:left w:color="9bbb59" w:space="0" w:sz="8" w:themeColor="accent3" w:val="single"/>
        <w:bottom w:color="9bbb59" w:space="0" w:sz="8" w:themeColor="accent3" w:val="single"/>
        <w:right w:color="9bbb59" w:space="0" w:sz="8" w:themeColor="accent3"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9bbb59" w:space="0" w:sz="24" w:themeColor="accent3" w:val="single"/>
          <w:right w:space="0" w:sz="0" w:val="nil"/>
          <w:insideH w:space="0" w:sz="0" w:val="nil"/>
          <w:insideV w:space="0" w:sz="0" w:val="nil"/>
        </w:tcBorders>
        <w:shd w:color="auto" w:fill="ffffff" w:themeFill="background1" w:val="clear"/>
      </w:tcPr>
    </w:tblStylePr>
    <w:tblStylePr w:type="lastRow">
      <w:tblPr/>
      <w:tcPr>
        <w:tcBorders>
          <w:top w:color="9bbb59" w:space="0" w:sz="8" w:themeColor="accent3"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9bbb59" w:space="0" w:sz="8" w:themeColor="accent3" w:val="single"/>
          <w:insideH w:space="0" w:sz="0" w:val="nil"/>
          <w:insideV w:space="0" w:sz="0" w:val="nil"/>
        </w:tcBorders>
        <w:shd w:color="auto" w:fill="ffffff" w:themeFill="background1" w:val="clear"/>
      </w:tcPr>
    </w:tblStylePr>
    <w:tblStylePr w:type="lastCol">
      <w:tblPr/>
      <w:tcPr>
        <w:tcBorders>
          <w:top w:space="0" w:sz="0" w:val="nil"/>
          <w:left w:color="9bbb59" w:space="0" w:sz="8" w:themeColor="accent3"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e6eed5" w:themeFill="accent3" w:themeFillTint="00003F" w:val="clear"/>
      </w:tcPr>
    </w:tblStylePr>
    <w:tblStylePr w:type="band1Horz">
      <w:tblPr/>
      <w:tcPr>
        <w:tcBorders>
          <w:top w:space="0" w:sz="0" w:val="nil"/>
          <w:bottom w:space="0" w:sz="0" w:val="nil"/>
          <w:insideH w:space="0" w:sz="0" w:val="nil"/>
          <w:insideV w:space="0" w:sz="0" w:val="nil"/>
        </w:tcBorders>
        <w:shd w:color="auto" w:fill="e6eed5" w:themeFill="accent3"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4">
    <w:name w:val="Medium List 2 Accent 4"/>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8064a2" w:space="0" w:sz="8" w:themeColor="accent4" w:val="single"/>
        <w:left w:color="8064a2" w:space="0" w:sz="8" w:themeColor="accent4" w:val="single"/>
        <w:bottom w:color="8064a2" w:space="0" w:sz="8" w:themeColor="accent4" w:val="single"/>
        <w:right w:color="8064a2" w:space="0" w:sz="8" w:themeColor="accent4"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8064a2" w:space="0" w:sz="24" w:themeColor="accent4" w:val="single"/>
          <w:right w:space="0" w:sz="0" w:val="nil"/>
          <w:insideH w:space="0" w:sz="0" w:val="nil"/>
          <w:insideV w:space="0" w:sz="0" w:val="nil"/>
        </w:tcBorders>
        <w:shd w:color="auto" w:fill="ffffff" w:themeFill="background1" w:val="clear"/>
      </w:tcPr>
    </w:tblStylePr>
    <w:tblStylePr w:type="lastRow">
      <w:tblPr/>
      <w:tcPr>
        <w:tcBorders>
          <w:top w:color="8064a2" w:space="0" w:sz="8" w:themeColor="accent4"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8064a2" w:space="0" w:sz="8" w:themeColor="accent4" w:val="single"/>
          <w:insideH w:space="0" w:sz="0" w:val="nil"/>
          <w:insideV w:space="0" w:sz="0" w:val="nil"/>
        </w:tcBorders>
        <w:shd w:color="auto" w:fill="ffffff" w:themeFill="background1" w:val="clear"/>
      </w:tcPr>
    </w:tblStylePr>
    <w:tblStylePr w:type="lastCol">
      <w:tblPr/>
      <w:tcPr>
        <w:tcBorders>
          <w:top w:space="0" w:sz="0" w:val="nil"/>
          <w:left w:color="8064a2" w:space="0" w:sz="8" w:themeColor="accent4"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dfd8e8" w:themeFill="accent4" w:themeFillTint="00003F" w:val="clear"/>
      </w:tcPr>
    </w:tblStylePr>
    <w:tblStylePr w:type="band1Horz">
      <w:tblPr/>
      <w:tcPr>
        <w:tcBorders>
          <w:top w:space="0" w:sz="0" w:val="nil"/>
          <w:bottom w:space="0" w:sz="0" w:val="nil"/>
          <w:insideH w:space="0" w:sz="0" w:val="nil"/>
          <w:insideV w:space="0" w:sz="0" w:val="nil"/>
        </w:tcBorders>
        <w:shd w:color="auto" w:fill="dfd8e8" w:themeFill="accent4"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5">
    <w:name w:val="Medium List 2 Accent 5"/>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4bacc6" w:space="0" w:sz="8" w:themeColor="accent5" w:val="single"/>
        <w:left w:color="4bacc6" w:space="0" w:sz="8" w:themeColor="accent5" w:val="single"/>
        <w:bottom w:color="4bacc6" w:space="0" w:sz="8" w:themeColor="accent5" w:val="single"/>
        <w:right w:color="4bacc6" w:space="0" w:sz="8" w:themeColor="accent5"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4bacc6" w:space="0" w:sz="24" w:themeColor="accent5" w:val="single"/>
          <w:right w:space="0" w:sz="0" w:val="nil"/>
          <w:insideH w:space="0" w:sz="0" w:val="nil"/>
          <w:insideV w:space="0" w:sz="0" w:val="nil"/>
        </w:tcBorders>
        <w:shd w:color="auto" w:fill="ffffff" w:themeFill="background1" w:val="clear"/>
      </w:tcPr>
    </w:tblStylePr>
    <w:tblStylePr w:type="lastRow">
      <w:tblPr/>
      <w:tcPr>
        <w:tcBorders>
          <w:top w:color="4bacc6" w:space="0" w:sz="8" w:themeColor="accent5"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4bacc6" w:space="0" w:sz="8" w:themeColor="accent5" w:val="single"/>
          <w:insideH w:space="0" w:sz="0" w:val="nil"/>
          <w:insideV w:space="0" w:sz="0" w:val="nil"/>
        </w:tcBorders>
        <w:shd w:color="auto" w:fill="ffffff" w:themeFill="background1" w:val="clear"/>
      </w:tcPr>
    </w:tblStylePr>
    <w:tblStylePr w:type="lastCol">
      <w:tblPr/>
      <w:tcPr>
        <w:tcBorders>
          <w:top w:space="0" w:sz="0" w:val="nil"/>
          <w:left w:color="4bacc6" w:space="0" w:sz="8" w:themeColor="accent5"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d2eaf1" w:themeFill="accent5" w:themeFillTint="00003F" w:val="clear"/>
      </w:tcPr>
    </w:tblStylePr>
    <w:tblStylePr w:type="band1Horz">
      <w:tblPr/>
      <w:tcPr>
        <w:tcBorders>
          <w:top w:space="0" w:sz="0" w:val="nil"/>
          <w:bottom w:space="0" w:sz="0" w:val="nil"/>
          <w:insideH w:space="0" w:sz="0" w:val="nil"/>
          <w:insideV w:space="0" w:sz="0" w:val="nil"/>
        </w:tcBorders>
        <w:shd w:color="auto" w:fill="d2eaf1" w:themeFill="accent5"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6">
    <w:name w:val="Medium List 2 Accent 6"/>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f79646" w:space="0" w:sz="8" w:themeColor="accent6" w:val="single"/>
        <w:left w:color="f79646" w:space="0" w:sz="8" w:themeColor="accent6" w:val="single"/>
        <w:bottom w:color="f79646" w:space="0" w:sz="8" w:themeColor="accent6" w:val="single"/>
        <w:right w:color="f79646" w:space="0" w:sz="8" w:themeColor="accent6"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f79646" w:space="0" w:sz="24" w:themeColor="accent6" w:val="single"/>
          <w:right w:space="0" w:sz="0" w:val="nil"/>
          <w:insideH w:space="0" w:sz="0" w:val="nil"/>
          <w:insideV w:space="0" w:sz="0" w:val="nil"/>
        </w:tcBorders>
        <w:shd w:color="auto" w:fill="ffffff" w:themeFill="background1" w:val="clear"/>
      </w:tcPr>
    </w:tblStylePr>
    <w:tblStylePr w:type="lastRow">
      <w:tblPr/>
      <w:tcPr>
        <w:tcBorders>
          <w:top w:color="f79646" w:space="0" w:sz="8" w:themeColor="accent6"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f79646" w:space="0" w:sz="8" w:themeColor="accent6" w:val="single"/>
          <w:insideH w:space="0" w:sz="0" w:val="nil"/>
          <w:insideV w:space="0" w:sz="0" w:val="nil"/>
        </w:tcBorders>
        <w:shd w:color="auto" w:fill="ffffff" w:themeFill="background1" w:val="clear"/>
      </w:tcPr>
    </w:tblStylePr>
    <w:tblStylePr w:type="lastCol">
      <w:tblPr/>
      <w:tcPr>
        <w:tcBorders>
          <w:top w:space="0" w:sz="0" w:val="nil"/>
          <w:left w:color="f79646" w:space="0" w:sz="8" w:themeColor="accent6"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fde4d0" w:themeFill="accent6" w:themeFillTint="00003F" w:val="clear"/>
      </w:tcPr>
    </w:tblStylePr>
    <w:tblStylePr w:type="band1Horz">
      <w:tblPr/>
      <w:tcPr>
        <w:tcBorders>
          <w:top w:space="0" w:sz="0" w:val="nil"/>
          <w:bottom w:space="0" w:sz="0" w:val="nil"/>
          <w:insideH w:space="0" w:sz="0" w:val="nil"/>
          <w:insideV w:space="0" w:sz="0" w:val="nil"/>
        </w:tcBorders>
        <w:shd w:color="auto" w:fill="fde4d0" w:themeFill="accent6"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0" w:type="dxa"/>
      <w:tblBorders>
        <w:top w:color="404040" w:space="0" w:sz="8" w:themeColor="text1" w:themeTint="0000BF" w:val="single"/>
        <w:left w:color="404040" w:space="0" w:sz="8" w:themeColor="text1" w:themeTint="0000BF" w:val="single"/>
        <w:bottom w:color="404040" w:space="0" w:sz="8" w:themeColor="text1" w:themeTint="0000BF" w:val="single"/>
        <w:right w:color="404040" w:space="0" w:sz="8" w:themeColor="text1" w:themeTint="0000BF" w:val="single"/>
        <w:insideH w:color="404040" w:space="0" w:sz="8" w:themeColor="text1" w:themeTint="0000BF" w:val="single"/>
        <w:insideV w:color="404040" w:space="0" w:sz="8" w:themeColor="text1" w:themeTint="0000BF" w:val="single"/>
      </w:tblBorders>
      <w:tblCellMar>
        <w:top w:w="0.0" w:type="dxa"/>
        <w:left w:w="108.0" w:type="dxa"/>
        <w:bottom w:w="0.0" w:type="dxa"/>
        <w:right w:w="108.0" w:type="dxa"/>
      </w:tblCellMar>
    </w:tblPr>
    <w:tcPr>
      <w:shd w:color="auto" w:fill="c0c0c0" w:themeFill="text1" w:themeFillTint="00003F" w:val="clear"/>
    </w:tcPr>
    <w:tblStylePr w:type="firstRow">
      <w:rPr>
        <w:b w:val="1"/>
        <w:bCs w:val="1"/>
      </w:rPr>
    </w:tblStylePr>
    <w:tblStylePr w:type="lastRow">
      <w:rPr>
        <w:b w:val="1"/>
        <w:bCs w:val="1"/>
      </w:rPr>
      <w:tblPr/>
      <w:tcPr>
        <w:tcBorders>
          <w:top w:color="404040" w:space="0" w:sz="18" w:themeColor="text1" w:themeTint="0000BF" w:val="single"/>
        </w:tcBorders>
      </w:tcPr>
    </w:tblStylePr>
    <w:tblStylePr w:type="firstCol">
      <w:rPr>
        <w:b w:val="1"/>
        <w:bCs w:val="1"/>
      </w:rPr>
    </w:tblStylePr>
    <w:tblStylePr w:type="lastCol">
      <w:rPr>
        <w:b w:val="1"/>
        <w:bCs w:val="1"/>
      </w:rPr>
    </w:tblStylePr>
    <w:tblStylePr w:type="band1Vert">
      <w:tblPr/>
      <w:tcPr>
        <w:shd w:color="auto" w:fill="808080" w:themeFill="text1" w:themeFillTint="00007F" w:val="clear"/>
      </w:tcPr>
    </w:tblStylePr>
    <w:tblStylePr w:type="band1Horz">
      <w:tblPr/>
      <w:tcPr>
        <w:shd w:color="auto" w:fill="808080" w:themeFill="text1" w:themeFillTint="00007F" w:val="clear"/>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0" w:type="dxa"/>
      <w:tblBorders>
        <w:top w:color="7ba0cd" w:space="0" w:sz="8" w:themeColor="accent1" w:themeTint="0000BF" w:val="single"/>
        <w:left w:color="7ba0cd" w:space="0" w:sz="8" w:themeColor="accent1" w:themeTint="0000BF" w:val="single"/>
        <w:bottom w:color="7ba0cd" w:space="0" w:sz="8" w:themeColor="accent1" w:themeTint="0000BF" w:val="single"/>
        <w:right w:color="7ba0cd" w:space="0" w:sz="8" w:themeColor="accent1" w:themeTint="0000BF" w:val="single"/>
        <w:insideH w:color="7ba0cd" w:space="0" w:sz="8" w:themeColor="accent1" w:themeTint="0000BF" w:val="single"/>
        <w:insideV w:color="7ba0cd" w:space="0" w:sz="8" w:themeColor="accent1" w:themeTint="0000BF" w:val="single"/>
      </w:tblBorders>
      <w:tblCellMar>
        <w:top w:w="0.0" w:type="dxa"/>
        <w:left w:w="108.0" w:type="dxa"/>
        <w:bottom w:w="0.0" w:type="dxa"/>
        <w:right w:w="108.0" w:type="dxa"/>
      </w:tblCellMar>
    </w:tblPr>
    <w:tcPr>
      <w:shd w:color="auto" w:fill="d3dfee" w:themeFill="accent1" w:themeFillTint="00003F" w:val="clear"/>
    </w:tcPr>
    <w:tblStylePr w:type="firstRow">
      <w:rPr>
        <w:b w:val="1"/>
        <w:bCs w:val="1"/>
      </w:rPr>
    </w:tblStylePr>
    <w:tblStylePr w:type="lastRow">
      <w:rPr>
        <w:b w:val="1"/>
        <w:bCs w:val="1"/>
      </w:rPr>
      <w:tblPr/>
      <w:tcPr>
        <w:tcBorders>
          <w:top w:color="7ba0cd" w:space="0" w:sz="18" w:themeColor="accent1" w:themeTint="0000BF" w:val="single"/>
        </w:tcBorders>
      </w:tcPr>
    </w:tblStylePr>
    <w:tblStylePr w:type="firstCol">
      <w:rPr>
        <w:b w:val="1"/>
        <w:bCs w:val="1"/>
      </w:rPr>
    </w:tblStylePr>
    <w:tblStylePr w:type="lastCol">
      <w:rPr>
        <w:b w:val="1"/>
        <w:bCs w:val="1"/>
      </w:rPr>
    </w:tblStylePr>
    <w:tblStylePr w:type="band1Vert">
      <w:tblPr/>
      <w:tcPr>
        <w:shd w:color="auto" w:fill="a7bfde" w:themeFill="accent1" w:themeFillTint="00007F" w:val="clear"/>
      </w:tcPr>
    </w:tblStylePr>
    <w:tblStylePr w:type="band1Horz">
      <w:tblPr/>
      <w:tcPr>
        <w:shd w:color="auto" w:fill="a7bfde" w:themeFill="accent1" w:themeFillTint="00007F" w:val="clear"/>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0" w:type="dxa"/>
      <w:tblBorders>
        <w:top w:color="cf7b79" w:space="0" w:sz="8" w:themeColor="accent2" w:themeTint="0000BF" w:val="single"/>
        <w:left w:color="cf7b79" w:space="0" w:sz="8" w:themeColor="accent2" w:themeTint="0000BF" w:val="single"/>
        <w:bottom w:color="cf7b79" w:space="0" w:sz="8" w:themeColor="accent2" w:themeTint="0000BF" w:val="single"/>
        <w:right w:color="cf7b79" w:space="0" w:sz="8" w:themeColor="accent2" w:themeTint="0000BF" w:val="single"/>
        <w:insideH w:color="cf7b79" w:space="0" w:sz="8" w:themeColor="accent2" w:themeTint="0000BF" w:val="single"/>
        <w:insideV w:color="cf7b79" w:space="0" w:sz="8" w:themeColor="accent2" w:themeTint="0000BF" w:val="single"/>
      </w:tblBorders>
      <w:tblCellMar>
        <w:top w:w="0.0" w:type="dxa"/>
        <w:left w:w="108.0" w:type="dxa"/>
        <w:bottom w:w="0.0" w:type="dxa"/>
        <w:right w:w="108.0" w:type="dxa"/>
      </w:tblCellMar>
    </w:tblPr>
    <w:tcPr>
      <w:shd w:color="auto" w:fill="efd3d2" w:themeFill="accent2" w:themeFillTint="00003F" w:val="clear"/>
    </w:tcPr>
    <w:tblStylePr w:type="firstRow">
      <w:rPr>
        <w:b w:val="1"/>
        <w:bCs w:val="1"/>
      </w:rPr>
    </w:tblStylePr>
    <w:tblStylePr w:type="lastRow">
      <w:rPr>
        <w:b w:val="1"/>
        <w:bCs w:val="1"/>
      </w:rPr>
      <w:tblPr/>
      <w:tcPr>
        <w:tcBorders>
          <w:top w:color="cf7b79" w:space="0" w:sz="18" w:themeColor="accent2" w:themeTint="0000BF" w:val="single"/>
        </w:tcBorders>
      </w:tcPr>
    </w:tblStylePr>
    <w:tblStylePr w:type="firstCol">
      <w:rPr>
        <w:b w:val="1"/>
        <w:bCs w:val="1"/>
      </w:rPr>
    </w:tblStylePr>
    <w:tblStylePr w:type="lastCol">
      <w:rPr>
        <w:b w:val="1"/>
        <w:bCs w:val="1"/>
      </w:rPr>
    </w:tblStylePr>
    <w:tblStylePr w:type="band1Vert">
      <w:tblPr/>
      <w:tcPr>
        <w:shd w:color="auto" w:fill="dfa7a6" w:themeFill="accent2" w:themeFillTint="00007F" w:val="clear"/>
      </w:tcPr>
    </w:tblStylePr>
    <w:tblStylePr w:type="band1Horz">
      <w:tblPr/>
      <w:tcPr>
        <w:shd w:color="auto" w:fill="dfa7a6" w:themeFill="accent2" w:themeFillTint="00007F" w:val="clear"/>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0" w:type="dxa"/>
      <w:tblBorders>
        <w:top w:color="b3cc82" w:space="0" w:sz="8" w:themeColor="accent3" w:themeTint="0000BF" w:val="single"/>
        <w:left w:color="b3cc82" w:space="0" w:sz="8" w:themeColor="accent3" w:themeTint="0000BF" w:val="single"/>
        <w:bottom w:color="b3cc82" w:space="0" w:sz="8" w:themeColor="accent3" w:themeTint="0000BF" w:val="single"/>
        <w:right w:color="b3cc82" w:space="0" w:sz="8" w:themeColor="accent3" w:themeTint="0000BF" w:val="single"/>
        <w:insideH w:color="b3cc82" w:space="0" w:sz="8" w:themeColor="accent3" w:themeTint="0000BF" w:val="single"/>
        <w:insideV w:color="b3cc82" w:space="0" w:sz="8" w:themeColor="accent3" w:themeTint="0000BF" w:val="single"/>
      </w:tblBorders>
      <w:tblCellMar>
        <w:top w:w="0.0" w:type="dxa"/>
        <w:left w:w="108.0" w:type="dxa"/>
        <w:bottom w:w="0.0" w:type="dxa"/>
        <w:right w:w="108.0" w:type="dxa"/>
      </w:tblCellMar>
    </w:tblPr>
    <w:tcPr>
      <w:shd w:color="auto" w:fill="e6eed5" w:themeFill="accent3" w:themeFillTint="00003F" w:val="clear"/>
    </w:tcPr>
    <w:tblStylePr w:type="firstRow">
      <w:rPr>
        <w:b w:val="1"/>
        <w:bCs w:val="1"/>
      </w:rPr>
    </w:tblStylePr>
    <w:tblStylePr w:type="lastRow">
      <w:rPr>
        <w:b w:val="1"/>
        <w:bCs w:val="1"/>
      </w:rPr>
      <w:tblPr/>
      <w:tcPr>
        <w:tcBorders>
          <w:top w:color="b3cc82" w:space="0" w:sz="18" w:themeColor="accent3" w:themeTint="0000BF" w:val="single"/>
        </w:tcBorders>
      </w:tcPr>
    </w:tblStylePr>
    <w:tblStylePr w:type="firstCol">
      <w:rPr>
        <w:b w:val="1"/>
        <w:bCs w:val="1"/>
      </w:rPr>
    </w:tblStylePr>
    <w:tblStylePr w:type="lastCol">
      <w:rPr>
        <w:b w:val="1"/>
        <w:bCs w:val="1"/>
      </w:rPr>
    </w:tblStylePr>
    <w:tblStylePr w:type="band1Vert">
      <w:tblPr/>
      <w:tcPr>
        <w:shd w:color="auto" w:fill="cdddac" w:themeFill="accent3" w:themeFillTint="00007F" w:val="clear"/>
      </w:tcPr>
    </w:tblStylePr>
    <w:tblStylePr w:type="band1Horz">
      <w:tblPr/>
      <w:tcPr>
        <w:shd w:color="auto" w:fill="cdddac" w:themeFill="accent3" w:themeFillTint="00007F" w:val="clear"/>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0" w:type="dxa"/>
      <w:tblBorders>
        <w:top w:color="9f8ab9" w:space="0" w:sz="8" w:themeColor="accent4" w:themeTint="0000BF" w:val="single"/>
        <w:left w:color="9f8ab9" w:space="0" w:sz="8" w:themeColor="accent4" w:themeTint="0000BF" w:val="single"/>
        <w:bottom w:color="9f8ab9" w:space="0" w:sz="8" w:themeColor="accent4" w:themeTint="0000BF" w:val="single"/>
        <w:right w:color="9f8ab9" w:space="0" w:sz="8" w:themeColor="accent4" w:themeTint="0000BF" w:val="single"/>
        <w:insideH w:color="9f8ab9" w:space="0" w:sz="8" w:themeColor="accent4" w:themeTint="0000BF" w:val="single"/>
        <w:insideV w:color="9f8ab9" w:space="0" w:sz="8" w:themeColor="accent4" w:themeTint="0000BF" w:val="single"/>
      </w:tblBorders>
      <w:tblCellMar>
        <w:top w:w="0.0" w:type="dxa"/>
        <w:left w:w="108.0" w:type="dxa"/>
        <w:bottom w:w="0.0" w:type="dxa"/>
        <w:right w:w="108.0" w:type="dxa"/>
      </w:tblCellMar>
    </w:tblPr>
    <w:tcPr>
      <w:shd w:color="auto" w:fill="dfd8e8" w:themeFill="accent4" w:themeFillTint="00003F" w:val="clear"/>
    </w:tcPr>
    <w:tblStylePr w:type="firstRow">
      <w:rPr>
        <w:b w:val="1"/>
        <w:bCs w:val="1"/>
      </w:rPr>
    </w:tblStylePr>
    <w:tblStylePr w:type="lastRow">
      <w:rPr>
        <w:b w:val="1"/>
        <w:bCs w:val="1"/>
      </w:rPr>
      <w:tblPr/>
      <w:tcPr>
        <w:tcBorders>
          <w:top w:color="9f8ab9" w:space="0" w:sz="18" w:themeColor="accent4" w:themeTint="0000BF" w:val="single"/>
        </w:tcBorders>
      </w:tcPr>
    </w:tblStylePr>
    <w:tblStylePr w:type="firstCol">
      <w:rPr>
        <w:b w:val="1"/>
        <w:bCs w:val="1"/>
      </w:rPr>
    </w:tblStylePr>
    <w:tblStylePr w:type="lastCol">
      <w:rPr>
        <w:b w:val="1"/>
        <w:bCs w:val="1"/>
      </w:rPr>
    </w:tblStylePr>
    <w:tblStylePr w:type="band1Vert">
      <w:tblPr/>
      <w:tcPr>
        <w:shd w:color="auto" w:fill="bfb1d0" w:themeFill="accent4" w:themeFillTint="00007F" w:val="clear"/>
      </w:tcPr>
    </w:tblStylePr>
    <w:tblStylePr w:type="band1Horz">
      <w:tblPr/>
      <w:tcPr>
        <w:shd w:color="auto" w:fill="bfb1d0" w:themeFill="accent4" w:themeFillTint="00007F" w:val="clear"/>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0" w:type="dxa"/>
      <w:tblBorders>
        <w:top w:color="78c0d4" w:space="0" w:sz="8" w:themeColor="accent5" w:themeTint="0000BF" w:val="single"/>
        <w:left w:color="78c0d4" w:space="0" w:sz="8" w:themeColor="accent5" w:themeTint="0000BF" w:val="single"/>
        <w:bottom w:color="78c0d4" w:space="0" w:sz="8" w:themeColor="accent5" w:themeTint="0000BF" w:val="single"/>
        <w:right w:color="78c0d4" w:space="0" w:sz="8" w:themeColor="accent5" w:themeTint="0000BF" w:val="single"/>
        <w:insideH w:color="78c0d4" w:space="0" w:sz="8" w:themeColor="accent5" w:themeTint="0000BF" w:val="single"/>
        <w:insideV w:color="78c0d4" w:space="0" w:sz="8" w:themeColor="accent5" w:themeTint="0000BF" w:val="single"/>
      </w:tblBorders>
      <w:tblCellMar>
        <w:top w:w="0.0" w:type="dxa"/>
        <w:left w:w="108.0" w:type="dxa"/>
        <w:bottom w:w="0.0" w:type="dxa"/>
        <w:right w:w="108.0" w:type="dxa"/>
      </w:tblCellMar>
    </w:tblPr>
    <w:tcPr>
      <w:shd w:color="auto" w:fill="d2eaf1" w:themeFill="accent5" w:themeFillTint="00003F" w:val="clear"/>
    </w:tcPr>
    <w:tblStylePr w:type="firstRow">
      <w:rPr>
        <w:b w:val="1"/>
        <w:bCs w:val="1"/>
      </w:rPr>
    </w:tblStylePr>
    <w:tblStylePr w:type="lastRow">
      <w:rPr>
        <w:b w:val="1"/>
        <w:bCs w:val="1"/>
      </w:rPr>
      <w:tblPr/>
      <w:tcPr>
        <w:tcBorders>
          <w:top w:color="78c0d4" w:space="0" w:sz="18" w:themeColor="accent5" w:themeTint="0000BF" w:val="single"/>
        </w:tcBorders>
      </w:tcPr>
    </w:tblStylePr>
    <w:tblStylePr w:type="firstCol">
      <w:rPr>
        <w:b w:val="1"/>
        <w:bCs w:val="1"/>
      </w:rPr>
    </w:tblStylePr>
    <w:tblStylePr w:type="lastCol">
      <w:rPr>
        <w:b w:val="1"/>
        <w:bCs w:val="1"/>
      </w:rPr>
    </w:tblStylePr>
    <w:tblStylePr w:type="band1Vert">
      <w:tblPr/>
      <w:tcPr>
        <w:shd w:color="auto" w:fill="a5d5e2" w:themeFill="accent5" w:themeFillTint="00007F" w:val="clear"/>
      </w:tcPr>
    </w:tblStylePr>
    <w:tblStylePr w:type="band1Horz">
      <w:tblPr/>
      <w:tcPr>
        <w:shd w:color="auto" w:fill="a5d5e2" w:themeFill="accent5" w:themeFillTint="00007F" w:val="clear"/>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0" w:type="dxa"/>
      <w:tblBorders>
        <w:top w:color="f9b074" w:space="0" w:sz="8" w:themeColor="accent6" w:themeTint="0000BF" w:val="single"/>
        <w:left w:color="f9b074" w:space="0" w:sz="8" w:themeColor="accent6" w:themeTint="0000BF" w:val="single"/>
        <w:bottom w:color="f9b074" w:space="0" w:sz="8" w:themeColor="accent6" w:themeTint="0000BF" w:val="single"/>
        <w:right w:color="f9b074" w:space="0" w:sz="8" w:themeColor="accent6" w:themeTint="0000BF" w:val="single"/>
        <w:insideH w:color="f9b074" w:space="0" w:sz="8" w:themeColor="accent6" w:themeTint="0000BF" w:val="single"/>
        <w:insideV w:color="f9b074" w:space="0" w:sz="8" w:themeColor="accent6" w:themeTint="0000BF" w:val="single"/>
      </w:tblBorders>
      <w:tblCellMar>
        <w:top w:w="0.0" w:type="dxa"/>
        <w:left w:w="108.0" w:type="dxa"/>
        <w:bottom w:w="0.0" w:type="dxa"/>
        <w:right w:w="108.0" w:type="dxa"/>
      </w:tblCellMar>
    </w:tblPr>
    <w:tcPr>
      <w:shd w:color="auto" w:fill="fde4d0" w:themeFill="accent6" w:themeFillTint="00003F" w:val="clear"/>
    </w:tcPr>
    <w:tblStylePr w:type="firstRow">
      <w:rPr>
        <w:b w:val="1"/>
        <w:bCs w:val="1"/>
      </w:rPr>
    </w:tblStylePr>
    <w:tblStylePr w:type="lastRow">
      <w:rPr>
        <w:b w:val="1"/>
        <w:bCs w:val="1"/>
      </w:rPr>
      <w:tblPr/>
      <w:tcPr>
        <w:tcBorders>
          <w:top w:color="f9b074" w:space="0" w:sz="18" w:themeColor="accent6" w:themeTint="0000BF" w:val="single"/>
        </w:tcBorders>
      </w:tcPr>
    </w:tblStylePr>
    <w:tblStylePr w:type="firstCol">
      <w:rPr>
        <w:b w:val="1"/>
        <w:bCs w:val="1"/>
      </w:rPr>
    </w:tblStylePr>
    <w:tblStylePr w:type="lastCol">
      <w:rPr>
        <w:b w:val="1"/>
        <w:bCs w:val="1"/>
      </w:rPr>
    </w:tblStylePr>
    <w:tblStylePr w:type="band1Vert">
      <w:tblPr/>
      <w:tcPr>
        <w:shd w:color="auto" w:fill="fbcaa2" w:themeFill="accent6" w:themeFillTint="00007F" w:val="clear"/>
      </w:tcPr>
    </w:tblStylePr>
    <w:tblStylePr w:type="band1Horz">
      <w:tblPr/>
      <w:tcPr>
        <w:shd w:color="auto" w:fill="fbcaa2" w:themeFill="accent6" w:themeFillTint="00007F" w:val="clear"/>
      </w:tcPr>
    </w:tblStylePr>
  </w:style>
  <w:style w:type="table" w:styleId="MediumGrid2">
    <w:name w:val="Medium Grid 2"/>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000000" w:space="0" w:sz="8" w:themeColor="text1" w:val="single"/>
        <w:left w:color="000000" w:space="0" w:sz="8" w:themeColor="text1" w:val="single"/>
        <w:bottom w:color="000000" w:space="0" w:sz="8" w:themeColor="text1" w:val="single"/>
        <w:right w:color="000000" w:space="0" w:sz="8" w:themeColor="text1" w:val="single"/>
        <w:insideH w:color="000000" w:space="0" w:sz="8" w:themeColor="text1" w:val="single"/>
        <w:insideV w:color="000000" w:space="0" w:sz="8" w:themeColor="text1" w:val="single"/>
      </w:tblBorders>
      <w:tblCellMar>
        <w:top w:w="0.0" w:type="dxa"/>
        <w:left w:w="108.0" w:type="dxa"/>
        <w:bottom w:w="0.0" w:type="dxa"/>
        <w:right w:w="108.0" w:type="dxa"/>
      </w:tblCellMar>
    </w:tblPr>
    <w:tcPr>
      <w:shd w:color="auto" w:fill="c0c0c0" w:themeFill="text1" w:themeFillTint="00003F" w:val="clear"/>
    </w:tcPr>
    <w:tblStylePr w:type="firstRow">
      <w:rPr>
        <w:b w:val="1"/>
        <w:bCs w:val="1"/>
        <w:color w:val="000000" w:themeColor="text1"/>
      </w:rPr>
      <w:tblPr/>
      <w:tcPr>
        <w:shd w:color="auto" w:fill="e6e6e6" w:themeFill="text1"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cccccc" w:themeFill="text1" w:themeFillTint="000033" w:val="clear"/>
      </w:tcPr>
    </w:tblStylePr>
    <w:tblStylePr w:type="band1Vert">
      <w:tblPr/>
      <w:tcPr>
        <w:shd w:color="auto" w:fill="808080" w:themeFill="text1" w:themeFillTint="00007F" w:val="clear"/>
      </w:tcPr>
    </w:tblStylePr>
    <w:tblStylePr w:type="band1Horz">
      <w:tblPr/>
      <w:tcPr>
        <w:tcBorders>
          <w:insideH w:color="000000" w:space="0" w:sz="6" w:themeColor="text1" w:val="single"/>
          <w:insideV w:color="000000" w:space="0" w:sz="6" w:themeColor="text1" w:val="single"/>
        </w:tcBorders>
        <w:shd w:color="auto" w:fill="808080" w:themeFill="text1" w:themeFillTint="00007F" w:val="clear"/>
      </w:tcPr>
    </w:tblStylePr>
    <w:tblStylePr w:type="nwCell">
      <w:tblPr/>
      <w:tcPr>
        <w:shd w:color="auto" w:fill="ffffff" w:themeFill="background1" w:val="clear"/>
      </w:tcPr>
    </w:tblStylePr>
  </w:style>
  <w:style w:type="table" w:styleId="MediumGrid2-Accent1">
    <w:name w:val="Medium Grid 2 Accent 1"/>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4f81bd" w:space="0" w:sz="8" w:themeColor="accent1" w:val="single"/>
        <w:left w:color="4f81bd" w:space="0" w:sz="8" w:themeColor="accent1" w:val="single"/>
        <w:bottom w:color="4f81bd" w:space="0" w:sz="8" w:themeColor="accent1" w:val="single"/>
        <w:right w:color="4f81bd" w:space="0" w:sz="8" w:themeColor="accent1" w:val="single"/>
        <w:insideH w:color="4f81bd" w:space="0" w:sz="8" w:themeColor="accent1" w:val="single"/>
        <w:insideV w:color="4f81bd" w:space="0" w:sz="8" w:themeColor="accent1" w:val="single"/>
      </w:tblBorders>
      <w:tblCellMar>
        <w:top w:w="0.0" w:type="dxa"/>
        <w:left w:w="108.0" w:type="dxa"/>
        <w:bottom w:w="0.0" w:type="dxa"/>
        <w:right w:w="108.0" w:type="dxa"/>
      </w:tblCellMar>
    </w:tblPr>
    <w:tcPr>
      <w:shd w:color="auto" w:fill="d3dfee" w:themeFill="accent1" w:themeFillTint="00003F" w:val="clear"/>
    </w:tcPr>
    <w:tblStylePr w:type="firstRow">
      <w:rPr>
        <w:b w:val="1"/>
        <w:bCs w:val="1"/>
        <w:color w:val="000000" w:themeColor="text1"/>
      </w:rPr>
      <w:tblPr/>
      <w:tcPr>
        <w:shd w:color="auto" w:fill="edf2f8" w:themeFill="accent1"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dbe5f1" w:themeFill="accent1" w:themeFillTint="000033" w:val="clear"/>
      </w:tcPr>
    </w:tblStylePr>
    <w:tblStylePr w:type="band1Vert">
      <w:tblPr/>
      <w:tcPr>
        <w:shd w:color="auto" w:fill="a7bfde" w:themeFill="accent1" w:themeFillTint="00007F" w:val="clear"/>
      </w:tcPr>
    </w:tblStylePr>
    <w:tblStylePr w:type="band1Horz">
      <w:tblPr/>
      <w:tcPr>
        <w:tcBorders>
          <w:insideH w:color="4f81bd" w:space="0" w:sz="6" w:themeColor="accent1" w:val="single"/>
          <w:insideV w:color="4f81bd" w:space="0" w:sz="6" w:themeColor="accent1" w:val="single"/>
        </w:tcBorders>
        <w:shd w:color="auto" w:fill="a7bfde" w:themeFill="accent1" w:themeFillTint="00007F" w:val="clear"/>
      </w:tcPr>
    </w:tblStylePr>
    <w:tblStylePr w:type="nwCell">
      <w:tblPr/>
      <w:tcPr>
        <w:shd w:color="auto" w:fill="ffffff" w:themeFill="background1" w:val="clear"/>
      </w:tcPr>
    </w:tblStylePr>
  </w:style>
  <w:style w:type="table" w:styleId="MediumGrid2-Accent2">
    <w:name w:val="Medium Grid 2 Accent 2"/>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c0504d" w:space="0" w:sz="8" w:themeColor="accent2" w:val="single"/>
        <w:left w:color="c0504d" w:space="0" w:sz="8" w:themeColor="accent2" w:val="single"/>
        <w:bottom w:color="c0504d" w:space="0" w:sz="8" w:themeColor="accent2" w:val="single"/>
        <w:right w:color="c0504d" w:space="0" w:sz="8" w:themeColor="accent2" w:val="single"/>
        <w:insideH w:color="c0504d" w:space="0" w:sz="8" w:themeColor="accent2" w:val="single"/>
        <w:insideV w:color="c0504d" w:space="0" w:sz="8" w:themeColor="accent2" w:val="single"/>
      </w:tblBorders>
      <w:tblCellMar>
        <w:top w:w="0.0" w:type="dxa"/>
        <w:left w:w="108.0" w:type="dxa"/>
        <w:bottom w:w="0.0" w:type="dxa"/>
        <w:right w:w="108.0" w:type="dxa"/>
      </w:tblCellMar>
    </w:tblPr>
    <w:tcPr>
      <w:shd w:color="auto" w:fill="efd3d2" w:themeFill="accent2" w:themeFillTint="00003F" w:val="clear"/>
    </w:tcPr>
    <w:tblStylePr w:type="firstRow">
      <w:rPr>
        <w:b w:val="1"/>
        <w:bCs w:val="1"/>
        <w:color w:val="000000" w:themeColor="text1"/>
      </w:rPr>
      <w:tblPr/>
      <w:tcPr>
        <w:shd w:color="auto" w:fill="f8eded" w:themeFill="accent2"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f2dbdb" w:themeFill="accent2" w:themeFillTint="000033" w:val="clear"/>
      </w:tcPr>
    </w:tblStylePr>
    <w:tblStylePr w:type="band1Vert">
      <w:tblPr/>
      <w:tcPr>
        <w:shd w:color="auto" w:fill="dfa7a6" w:themeFill="accent2" w:themeFillTint="00007F" w:val="clear"/>
      </w:tcPr>
    </w:tblStylePr>
    <w:tblStylePr w:type="band1Horz">
      <w:tblPr/>
      <w:tcPr>
        <w:tcBorders>
          <w:insideH w:color="c0504d" w:space="0" w:sz="6" w:themeColor="accent2" w:val="single"/>
          <w:insideV w:color="c0504d" w:space="0" w:sz="6" w:themeColor="accent2" w:val="single"/>
        </w:tcBorders>
        <w:shd w:color="auto" w:fill="dfa7a6" w:themeFill="accent2" w:themeFillTint="00007F" w:val="clear"/>
      </w:tcPr>
    </w:tblStylePr>
    <w:tblStylePr w:type="nwCell">
      <w:tblPr/>
      <w:tcPr>
        <w:shd w:color="auto" w:fill="ffffff" w:themeFill="background1" w:val="clear"/>
      </w:tcPr>
    </w:tblStylePr>
  </w:style>
  <w:style w:type="table" w:styleId="MediumGrid2-Accent3">
    <w:name w:val="Medium Grid 2 Accent 3"/>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9bbb59" w:space="0" w:sz="8" w:themeColor="accent3" w:val="single"/>
        <w:left w:color="9bbb59" w:space="0" w:sz="8" w:themeColor="accent3" w:val="single"/>
        <w:bottom w:color="9bbb59" w:space="0" w:sz="8" w:themeColor="accent3" w:val="single"/>
        <w:right w:color="9bbb59" w:space="0" w:sz="8" w:themeColor="accent3" w:val="single"/>
        <w:insideH w:color="9bbb59" w:space="0" w:sz="8" w:themeColor="accent3" w:val="single"/>
        <w:insideV w:color="9bbb59" w:space="0" w:sz="8" w:themeColor="accent3" w:val="single"/>
      </w:tblBorders>
      <w:tblCellMar>
        <w:top w:w="0.0" w:type="dxa"/>
        <w:left w:w="108.0" w:type="dxa"/>
        <w:bottom w:w="0.0" w:type="dxa"/>
        <w:right w:w="108.0" w:type="dxa"/>
      </w:tblCellMar>
    </w:tblPr>
    <w:tcPr>
      <w:shd w:color="auto" w:fill="e6eed5" w:themeFill="accent3" w:themeFillTint="00003F" w:val="clear"/>
    </w:tcPr>
    <w:tblStylePr w:type="firstRow">
      <w:rPr>
        <w:b w:val="1"/>
        <w:bCs w:val="1"/>
        <w:color w:val="000000" w:themeColor="text1"/>
      </w:rPr>
      <w:tblPr/>
      <w:tcPr>
        <w:shd w:color="auto" w:fill="f5f8ee" w:themeFill="accent3"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eaf1dd" w:themeFill="accent3" w:themeFillTint="000033" w:val="clear"/>
      </w:tcPr>
    </w:tblStylePr>
    <w:tblStylePr w:type="band1Vert">
      <w:tblPr/>
      <w:tcPr>
        <w:shd w:color="auto" w:fill="cdddac" w:themeFill="accent3" w:themeFillTint="00007F" w:val="clear"/>
      </w:tcPr>
    </w:tblStylePr>
    <w:tblStylePr w:type="band1Horz">
      <w:tblPr/>
      <w:tcPr>
        <w:tcBorders>
          <w:insideH w:color="9bbb59" w:space="0" w:sz="6" w:themeColor="accent3" w:val="single"/>
          <w:insideV w:color="9bbb59" w:space="0" w:sz="6" w:themeColor="accent3" w:val="single"/>
        </w:tcBorders>
        <w:shd w:color="auto" w:fill="cdddac" w:themeFill="accent3" w:themeFillTint="00007F" w:val="clear"/>
      </w:tcPr>
    </w:tblStylePr>
    <w:tblStylePr w:type="nwCell">
      <w:tblPr/>
      <w:tcPr>
        <w:shd w:color="auto" w:fill="ffffff" w:themeFill="background1" w:val="clear"/>
      </w:tcPr>
    </w:tblStylePr>
  </w:style>
  <w:style w:type="table" w:styleId="MediumGrid2-Accent4">
    <w:name w:val="Medium Grid 2 Accent 4"/>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8064a2" w:space="0" w:sz="8" w:themeColor="accent4" w:val="single"/>
        <w:left w:color="8064a2" w:space="0" w:sz="8" w:themeColor="accent4" w:val="single"/>
        <w:bottom w:color="8064a2" w:space="0" w:sz="8" w:themeColor="accent4" w:val="single"/>
        <w:right w:color="8064a2" w:space="0" w:sz="8" w:themeColor="accent4" w:val="single"/>
        <w:insideH w:color="8064a2" w:space="0" w:sz="8" w:themeColor="accent4" w:val="single"/>
        <w:insideV w:color="8064a2" w:space="0" w:sz="8" w:themeColor="accent4" w:val="single"/>
      </w:tblBorders>
      <w:tblCellMar>
        <w:top w:w="0.0" w:type="dxa"/>
        <w:left w:w="108.0" w:type="dxa"/>
        <w:bottom w:w="0.0" w:type="dxa"/>
        <w:right w:w="108.0" w:type="dxa"/>
      </w:tblCellMar>
    </w:tblPr>
    <w:tcPr>
      <w:shd w:color="auto" w:fill="dfd8e8" w:themeFill="accent4" w:themeFillTint="00003F" w:val="clear"/>
    </w:tcPr>
    <w:tblStylePr w:type="firstRow">
      <w:rPr>
        <w:b w:val="1"/>
        <w:bCs w:val="1"/>
        <w:color w:val="000000" w:themeColor="text1"/>
      </w:rPr>
      <w:tblPr/>
      <w:tcPr>
        <w:shd w:color="auto" w:fill="f2eff6" w:themeFill="accent4"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e5dfec" w:themeFill="accent4" w:themeFillTint="000033" w:val="clear"/>
      </w:tcPr>
    </w:tblStylePr>
    <w:tblStylePr w:type="band1Vert">
      <w:tblPr/>
      <w:tcPr>
        <w:shd w:color="auto" w:fill="bfb1d0" w:themeFill="accent4" w:themeFillTint="00007F" w:val="clear"/>
      </w:tcPr>
    </w:tblStylePr>
    <w:tblStylePr w:type="band1Horz">
      <w:tblPr/>
      <w:tcPr>
        <w:tcBorders>
          <w:insideH w:color="8064a2" w:space="0" w:sz="6" w:themeColor="accent4" w:val="single"/>
          <w:insideV w:color="8064a2" w:space="0" w:sz="6" w:themeColor="accent4" w:val="single"/>
        </w:tcBorders>
        <w:shd w:color="auto" w:fill="bfb1d0" w:themeFill="accent4" w:themeFillTint="00007F" w:val="clear"/>
      </w:tcPr>
    </w:tblStylePr>
    <w:tblStylePr w:type="nwCell">
      <w:tblPr/>
      <w:tcPr>
        <w:shd w:color="auto" w:fill="ffffff" w:themeFill="background1" w:val="clear"/>
      </w:tcPr>
    </w:tblStylePr>
  </w:style>
  <w:style w:type="table" w:styleId="MediumGrid2-Accent5">
    <w:name w:val="Medium Grid 2 Accent 5"/>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4bacc6" w:space="0" w:sz="8" w:themeColor="accent5" w:val="single"/>
        <w:left w:color="4bacc6" w:space="0" w:sz="8" w:themeColor="accent5" w:val="single"/>
        <w:bottom w:color="4bacc6" w:space="0" w:sz="8" w:themeColor="accent5" w:val="single"/>
        <w:right w:color="4bacc6" w:space="0" w:sz="8" w:themeColor="accent5" w:val="single"/>
        <w:insideH w:color="4bacc6" w:space="0" w:sz="8" w:themeColor="accent5" w:val="single"/>
        <w:insideV w:color="4bacc6" w:space="0" w:sz="8" w:themeColor="accent5" w:val="single"/>
      </w:tblBorders>
      <w:tblCellMar>
        <w:top w:w="0.0" w:type="dxa"/>
        <w:left w:w="108.0" w:type="dxa"/>
        <w:bottom w:w="0.0" w:type="dxa"/>
        <w:right w:w="108.0" w:type="dxa"/>
      </w:tblCellMar>
    </w:tblPr>
    <w:tcPr>
      <w:shd w:color="auto" w:fill="d2eaf1" w:themeFill="accent5" w:themeFillTint="00003F" w:val="clear"/>
    </w:tcPr>
    <w:tblStylePr w:type="firstRow">
      <w:rPr>
        <w:b w:val="1"/>
        <w:bCs w:val="1"/>
        <w:color w:val="000000" w:themeColor="text1"/>
      </w:rPr>
      <w:tblPr/>
      <w:tcPr>
        <w:shd w:color="auto" w:fill="edf6f9" w:themeFill="accent5"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daeef3" w:themeFill="accent5" w:themeFillTint="000033" w:val="clear"/>
      </w:tcPr>
    </w:tblStylePr>
    <w:tblStylePr w:type="band1Vert">
      <w:tblPr/>
      <w:tcPr>
        <w:shd w:color="auto" w:fill="a5d5e2" w:themeFill="accent5" w:themeFillTint="00007F" w:val="clear"/>
      </w:tcPr>
    </w:tblStylePr>
    <w:tblStylePr w:type="band1Horz">
      <w:tblPr/>
      <w:tcPr>
        <w:tcBorders>
          <w:insideH w:color="4bacc6" w:space="0" w:sz="6" w:themeColor="accent5" w:val="single"/>
          <w:insideV w:color="4bacc6" w:space="0" w:sz="6" w:themeColor="accent5" w:val="single"/>
        </w:tcBorders>
        <w:shd w:color="auto" w:fill="a5d5e2" w:themeFill="accent5" w:themeFillTint="00007F" w:val="clear"/>
      </w:tcPr>
    </w:tblStylePr>
    <w:tblStylePr w:type="nwCell">
      <w:tblPr/>
      <w:tcPr>
        <w:shd w:color="auto" w:fill="ffffff" w:themeFill="background1" w:val="clear"/>
      </w:tcPr>
    </w:tblStylePr>
  </w:style>
  <w:style w:type="table" w:styleId="MediumGrid2-Accent6">
    <w:name w:val="Medium Grid 2 Accent 6"/>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f79646" w:space="0" w:sz="8" w:themeColor="accent6" w:val="single"/>
        <w:left w:color="f79646" w:space="0" w:sz="8" w:themeColor="accent6" w:val="single"/>
        <w:bottom w:color="f79646" w:space="0" w:sz="8" w:themeColor="accent6" w:val="single"/>
        <w:right w:color="f79646" w:space="0" w:sz="8" w:themeColor="accent6" w:val="single"/>
        <w:insideH w:color="f79646" w:space="0" w:sz="8" w:themeColor="accent6" w:val="single"/>
        <w:insideV w:color="f79646" w:space="0" w:sz="8" w:themeColor="accent6" w:val="single"/>
      </w:tblBorders>
      <w:tblCellMar>
        <w:top w:w="0.0" w:type="dxa"/>
        <w:left w:w="108.0" w:type="dxa"/>
        <w:bottom w:w="0.0" w:type="dxa"/>
        <w:right w:w="108.0" w:type="dxa"/>
      </w:tblCellMar>
    </w:tblPr>
    <w:tcPr>
      <w:shd w:color="auto" w:fill="fde4d0" w:themeFill="accent6" w:themeFillTint="00003F" w:val="clear"/>
    </w:tcPr>
    <w:tblStylePr w:type="firstRow">
      <w:rPr>
        <w:b w:val="1"/>
        <w:bCs w:val="1"/>
        <w:color w:val="000000" w:themeColor="text1"/>
      </w:rPr>
      <w:tblPr/>
      <w:tcPr>
        <w:shd w:color="auto" w:fill="fef4ec" w:themeFill="accent6"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fde9d9" w:themeFill="accent6" w:themeFillTint="000033" w:val="clear"/>
      </w:tcPr>
    </w:tblStylePr>
    <w:tblStylePr w:type="band1Vert">
      <w:tblPr/>
      <w:tcPr>
        <w:shd w:color="auto" w:fill="fbcaa2" w:themeFill="accent6" w:themeFillTint="00007F" w:val="clear"/>
      </w:tcPr>
    </w:tblStylePr>
    <w:tblStylePr w:type="band1Horz">
      <w:tblPr/>
      <w:tcPr>
        <w:tcBorders>
          <w:insideH w:color="f79646" w:space="0" w:sz="6" w:themeColor="accent6" w:val="single"/>
          <w:insideV w:color="f79646" w:space="0" w:sz="6" w:themeColor="accent6" w:val="single"/>
        </w:tcBorders>
        <w:shd w:color="auto" w:fill="fbcaa2" w:themeFill="accent6" w:themeFillTint="00007F" w:val="clear"/>
      </w:tcPr>
    </w:tblStylePr>
    <w:tblStylePr w:type="nwCell">
      <w:tblPr/>
      <w:tcPr>
        <w:shd w:color="auto" w:fill="ffffff" w:themeFill="background1" w:val="clear"/>
      </w:tcPr>
    </w:tblStylePr>
  </w:style>
  <w:style w:type="table" w:styleId="MediumGrid3">
    <w:name w:val="Medium Grid 3"/>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c0c0c0" w:themeFill="text1"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000000" w:themeFill="text1"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000000" w:themeFill="text1"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000000" w:themeFill="text1"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000000" w:themeFill="text1"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808080" w:themeFill="text1"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808080" w:themeFill="text1" w:themeFillTint="00007F" w:val="clear"/>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d3dfee" w:themeFill="accent1"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4f81bd" w:themeFill="accent1"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4f81bd" w:themeFill="accent1"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4f81bd" w:themeFill="accent1"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4f81bd" w:themeFill="accent1"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a7bfde" w:themeFill="accent1"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a7bfde" w:themeFill="accent1" w:themeFillTint="00007F" w:val="clear"/>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efd3d2" w:themeFill="accent2"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c0504d" w:themeFill="accent2"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c0504d" w:themeFill="accent2"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c0504d" w:themeFill="accent2"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c0504d" w:themeFill="accent2"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dfa7a6" w:themeFill="accent2"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dfa7a6" w:themeFill="accent2" w:themeFillTint="00007F" w:val="clear"/>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e6eed5" w:themeFill="accent3"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9bbb59" w:themeFill="accent3"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9bbb59" w:themeFill="accent3"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9bbb59" w:themeFill="accent3"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9bbb59" w:themeFill="accent3"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cdddac" w:themeFill="accent3"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cdddac" w:themeFill="accent3" w:themeFillTint="00007F" w:val="clear"/>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dfd8e8" w:themeFill="accent4"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8064a2" w:themeFill="accent4"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8064a2" w:themeFill="accent4"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8064a2" w:themeFill="accent4"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8064a2" w:themeFill="accent4"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bfb1d0" w:themeFill="accent4"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bfb1d0" w:themeFill="accent4" w:themeFillTint="00007F" w:val="clear"/>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d2eaf1" w:themeFill="accent5"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4bacc6" w:themeFill="accent5"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4bacc6" w:themeFill="accent5"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4bacc6" w:themeFill="accent5"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4bacc6" w:themeFill="accent5"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a5d5e2" w:themeFill="accent5"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a5d5e2" w:themeFill="accent5" w:themeFillTint="00007F" w:val="clear"/>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fde4d0" w:themeFill="accent6"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f79646" w:themeFill="accent6"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f79646" w:themeFill="accent6"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f79646" w:themeFill="accent6"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f79646" w:themeFill="accent6"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fbcaa2" w:themeFill="accent6"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fbcaa2" w:themeFill="accent6" w:themeFillTint="00007F" w:val="clear"/>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000000" w:themeFill="text1"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000000" w:themeFill="text1"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000000" w:themeFill="text1"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000000" w:themeFill="text1"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000000" w:themeFill="text1"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000000" w:themeFill="text1" w:themeFillShade="0000BF" w:val="clear"/>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4f81bd" w:themeFill="accent1"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243f60" w:themeFill="accent1"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365f91" w:themeFill="accent1"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365f91" w:themeFill="accent1"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365f91" w:themeFill="accent1"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365f91" w:themeFill="accent1" w:themeFillShade="0000BF" w:val="clear"/>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c0504d" w:themeFill="accent2"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622423" w:themeFill="accent2"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943634" w:themeFill="accent2"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943634" w:themeFill="accent2"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943634" w:themeFill="accent2"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943634" w:themeFill="accent2" w:themeFillShade="0000BF" w:val="clear"/>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9bbb59" w:themeFill="accent3"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4e6128" w:themeFill="accent3"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76923c" w:themeFill="accent3"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76923c" w:themeFill="accent3"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76923c" w:themeFill="accent3"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76923c" w:themeFill="accent3" w:themeFillShade="0000BF" w:val="clear"/>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8064a2" w:themeFill="accent4"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3f3151" w:themeFill="accent4"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5f497a" w:themeFill="accent4"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5f497a" w:themeFill="accent4"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5f497a" w:themeFill="accent4"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5f497a" w:themeFill="accent4" w:themeFillShade="0000BF" w:val="clear"/>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4bacc6" w:themeFill="accent5"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205867" w:themeFill="accent5"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31849b" w:themeFill="accent5"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31849b" w:themeFill="accent5"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31849b" w:themeFill="accent5"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31849b" w:themeFill="accent5" w:themeFillShade="0000BF" w:val="clear"/>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f79646" w:themeFill="accent6"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974706" w:themeFill="accent6"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e36c0a" w:themeFill="accent6"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e36c0a" w:themeFill="accent6"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e36c0a" w:themeFill="accent6"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e36c0a" w:themeFill="accent6" w:themeFillShade="0000BF" w:val="clear"/>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0" w:type="dxa"/>
      <w:tblBorders>
        <w:top w:color="c0504d" w:space="0" w:sz="24" w:themeColor="accent2" w:val="single"/>
        <w:left w:color="000000" w:space="0" w:sz="4" w:themeColor="text1" w:val="single"/>
        <w:bottom w:color="000000" w:space="0" w:sz="4" w:themeColor="text1" w:val="single"/>
        <w:right w:color="000000" w:space="0" w:sz="4" w:themeColor="text1"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e6e6e6" w:themeFill="text1" w:themeFillTint="000019" w:val="clear"/>
    </w:tcPr>
    <w:tblStylePr w:type="firstRow">
      <w:rPr>
        <w:b w:val="1"/>
        <w:bCs w:val="1"/>
      </w:rPr>
      <w:tblPr/>
      <w:tcPr>
        <w:tcBorders>
          <w:top w:space="0" w:sz="0" w:val="nil"/>
          <w:left w:space="0" w:sz="0" w:val="nil"/>
          <w:bottom w:color="c0504d" w:space="0" w:sz="24" w:themeColor="accent2"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000000" w:themeFill="text1" w:themeFillShade="000099" w:val="clear"/>
      </w:tcPr>
    </w:tblStylePr>
    <w:tblStylePr w:type="firstCol">
      <w:rPr>
        <w:color w:val="ffffff" w:themeColor="background1"/>
      </w:rPr>
      <w:tblPr/>
      <w:tcPr>
        <w:tcBorders>
          <w:top w:space="0" w:sz="0" w:val="nil"/>
          <w:left w:space="0" w:sz="0" w:val="nil"/>
          <w:bottom w:space="0" w:sz="0" w:val="nil"/>
          <w:right w:space="0" w:sz="0" w:val="nil"/>
          <w:insideH w:color="000000" w:space="0" w:sz="4" w:themeColor="text1" w:themeShade="000099" w:val="single"/>
          <w:insideV w:space="0" w:sz="0" w:val="nil"/>
        </w:tcBorders>
        <w:shd w:color="auto" w:fill="000000" w:themeFill="text1"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000000" w:themeFill="text1" w:themeFillShade="0000BF" w:val="clear"/>
      </w:tcPr>
    </w:tblStylePr>
    <w:tblStylePr w:type="band1Vert">
      <w:tblPr/>
      <w:tcPr>
        <w:shd w:color="auto" w:fill="999999" w:themeFill="text1" w:themeFillTint="000066" w:val="clear"/>
      </w:tcPr>
    </w:tblStylePr>
    <w:tblStylePr w:type="band1Horz">
      <w:tblPr/>
      <w:tcPr>
        <w:shd w:color="auto" w:fill="808080" w:themeFill="text1" w:themeFillTint="00007F" w:val="clear"/>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0" w:type="dxa"/>
      <w:tblBorders>
        <w:top w:color="c0504d" w:space="0" w:sz="24" w:themeColor="accent2" w:val="single"/>
        <w:left w:color="4f81bd" w:space="0" w:sz="4" w:themeColor="accent1" w:val="single"/>
        <w:bottom w:color="4f81bd" w:space="0" w:sz="4" w:themeColor="accent1" w:val="single"/>
        <w:right w:color="4f81bd" w:space="0" w:sz="4" w:themeColor="accent1"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edf2f8" w:themeFill="accent1" w:themeFillTint="000019" w:val="clear"/>
    </w:tcPr>
    <w:tblStylePr w:type="firstRow">
      <w:rPr>
        <w:b w:val="1"/>
        <w:bCs w:val="1"/>
      </w:rPr>
      <w:tblPr/>
      <w:tcPr>
        <w:tcBorders>
          <w:top w:space="0" w:sz="0" w:val="nil"/>
          <w:left w:space="0" w:sz="0" w:val="nil"/>
          <w:bottom w:color="c0504d" w:space="0" w:sz="24" w:themeColor="accent2"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2c4c74" w:themeFill="accent1" w:themeFillShade="000099" w:val="clear"/>
      </w:tcPr>
    </w:tblStylePr>
    <w:tblStylePr w:type="firstCol">
      <w:rPr>
        <w:color w:val="ffffff" w:themeColor="background1"/>
      </w:rPr>
      <w:tblPr/>
      <w:tcPr>
        <w:tcBorders>
          <w:top w:space="0" w:sz="0" w:val="nil"/>
          <w:left w:space="0" w:sz="0" w:val="nil"/>
          <w:bottom w:space="0" w:sz="0" w:val="nil"/>
          <w:right w:space="0" w:sz="0" w:val="nil"/>
          <w:insideH w:color="2c4c74" w:space="0" w:sz="4" w:themeColor="accent1" w:themeShade="000099" w:val="single"/>
          <w:insideV w:space="0" w:sz="0" w:val="nil"/>
        </w:tcBorders>
        <w:shd w:color="auto" w:fill="2c4c74" w:themeFill="accent1"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2c4c74" w:themeFill="accent1" w:themeFillShade="000099" w:val="clear"/>
      </w:tcPr>
    </w:tblStylePr>
    <w:tblStylePr w:type="band1Vert">
      <w:tblPr/>
      <w:tcPr>
        <w:shd w:color="auto" w:fill="b8cce4" w:themeFill="accent1" w:themeFillTint="000066" w:val="clear"/>
      </w:tcPr>
    </w:tblStylePr>
    <w:tblStylePr w:type="band1Horz">
      <w:tblPr/>
      <w:tcPr>
        <w:shd w:color="auto" w:fill="a7bfde" w:themeFill="accent1" w:themeFillTint="00007F" w:val="clear"/>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0" w:type="dxa"/>
      <w:tblBorders>
        <w:top w:color="c0504d" w:space="0" w:sz="24" w:themeColor="accent2" w:val="single"/>
        <w:left w:color="c0504d" w:space="0" w:sz="4" w:themeColor="accent2" w:val="single"/>
        <w:bottom w:color="c0504d" w:space="0" w:sz="4" w:themeColor="accent2" w:val="single"/>
        <w:right w:color="c0504d" w:space="0" w:sz="4" w:themeColor="accent2"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f8eded" w:themeFill="accent2" w:themeFillTint="000019" w:val="clear"/>
    </w:tcPr>
    <w:tblStylePr w:type="firstRow">
      <w:rPr>
        <w:b w:val="1"/>
        <w:bCs w:val="1"/>
      </w:rPr>
      <w:tblPr/>
      <w:tcPr>
        <w:tcBorders>
          <w:top w:space="0" w:sz="0" w:val="nil"/>
          <w:left w:space="0" w:sz="0" w:val="nil"/>
          <w:bottom w:color="c0504d" w:space="0" w:sz="24" w:themeColor="accent2"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772c2a" w:themeFill="accent2" w:themeFillShade="000099" w:val="clear"/>
      </w:tcPr>
    </w:tblStylePr>
    <w:tblStylePr w:type="firstCol">
      <w:rPr>
        <w:color w:val="ffffff" w:themeColor="background1"/>
      </w:rPr>
      <w:tblPr/>
      <w:tcPr>
        <w:tcBorders>
          <w:top w:space="0" w:sz="0" w:val="nil"/>
          <w:left w:space="0" w:sz="0" w:val="nil"/>
          <w:bottom w:space="0" w:sz="0" w:val="nil"/>
          <w:right w:space="0" w:sz="0" w:val="nil"/>
          <w:insideH w:color="772c2a" w:space="0" w:sz="4" w:themeColor="accent2" w:themeShade="000099" w:val="single"/>
          <w:insideV w:space="0" w:sz="0" w:val="nil"/>
        </w:tcBorders>
        <w:shd w:color="auto" w:fill="772c2a" w:themeFill="accent2"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772c2a" w:themeFill="accent2" w:themeFillShade="000099" w:val="clear"/>
      </w:tcPr>
    </w:tblStylePr>
    <w:tblStylePr w:type="band1Vert">
      <w:tblPr/>
      <w:tcPr>
        <w:shd w:color="auto" w:fill="e5b8b7" w:themeFill="accent2" w:themeFillTint="000066" w:val="clear"/>
      </w:tcPr>
    </w:tblStylePr>
    <w:tblStylePr w:type="band1Horz">
      <w:tblPr/>
      <w:tcPr>
        <w:shd w:color="auto" w:fill="dfa7a6" w:themeFill="accent2" w:themeFillTint="00007F" w:val="clear"/>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0" w:type="dxa"/>
      <w:tblBorders>
        <w:top w:color="8064a2" w:space="0" w:sz="24" w:themeColor="accent4" w:val="single"/>
        <w:left w:color="9bbb59" w:space="0" w:sz="4" w:themeColor="accent3" w:val="single"/>
        <w:bottom w:color="9bbb59" w:space="0" w:sz="4" w:themeColor="accent3" w:val="single"/>
        <w:right w:color="9bbb59" w:space="0" w:sz="4" w:themeColor="accent3"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f5f8ee" w:themeFill="accent3" w:themeFillTint="000019" w:val="clear"/>
    </w:tcPr>
    <w:tblStylePr w:type="firstRow">
      <w:rPr>
        <w:b w:val="1"/>
        <w:bCs w:val="1"/>
      </w:rPr>
      <w:tblPr/>
      <w:tcPr>
        <w:tcBorders>
          <w:top w:space="0" w:sz="0" w:val="nil"/>
          <w:left w:space="0" w:sz="0" w:val="nil"/>
          <w:bottom w:color="8064a2" w:space="0" w:sz="24" w:themeColor="accent4"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5e7530" w:themeFill="accent3" w:themeFillShade="000099" w:val="clear"/>
      </w:tcPr>
    </w:tblStylePr>
    <w:tblStylePr w:type="firstCol">
      <w:rPr>
        <w:color w:val="ffffff" w:themeColor="background1"/>
      </w:rPr>
      <w:tblPr/>
      <w:tcPr>
        <w:tcBorders>
          <w:top w:space="0" w:sz="0" w:val="nil"/>
          <w:left w:space="0" w:sz="0" w:val="nil"/>
          <w:bottom w:space="0" w:sz="0" w:val="nil"/>
          <w:right w:space="0" w:sz="0" w:val="nil"/>
          <w:insideH w:color="5e7530" w:space="0" w:sz="4" w:themeColor="accent3" w:themeShade="000099" w:val="single"/>
          <w:insideV w:space="0" w:sz="0" w:val="nil"/>
        </w:tcBorders>
        <w:shd w:color="auto" w:fill="5e7530" w:themeFill="accent3"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5e7530" w:themeFill="accent3" w:themeFillShade="000099" w:val="clear"/>
      </w:tcPr>
    </w:tblStylePr>
    <w:tblStylePr w:type="band1Vert">
      <w:tblPr/>
      <w:tcPr>
        <w:shd w:color="auto" w:fill="d6e3bc" w:themeFill="accent3" w:themeFillTint="000066" w:val="clear"/>
      </w:tcPr>
    </w:tblStylePr>
    <w:tblStylePr w:type="band1Horz">
      <w:tblPr/>
      <w:tcPr>
        <w:shd w:color="auto" w:fill="cdddac" w:themeFill="accent3" w:themeFillTint="00007F" w:val="clear"/>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0" w:type="dxa"/>
      <w:tblBorders>
        <w:top w:color="9bbb59" w:space="0" w:sz="24" w:themeColor="accent3" w:val="single"/>
        <w:left w:color="8064a2" w:space="0" w:sz="4" w:themeColor="accent4" w:val="single"/>
        <w:bottom w:color="8064a2" w:space="0" w:sz="4" w:themeColor="accent4" w:val="single"/>
        <w:right w:color="8064a2" w:space="0" w:sz="4" w:themeColor="accent4"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f2eff6" w:themeFill="accent4" w:themeFillTint="000019" w:val="clear"/>
    </w:tcPr>
    <w:tblStylePr w:type="firstRow">
      <w:rPr>
        <w:b w:val="1"/>
        <w:bCs w:val="1"/>
      </w:rPr>
      <w:tblPr/>
      <w:tcPr>
        <w:tcBorders>
          <w:top w:space="0" w:sz="0" w:val="nil"/>
          <w:left w:space="0" w:sz="0" w:val="nil"/>
          <w:bottom w:color="9bbb59" w:space="0" w:sz="24" w:themeColor="accent3"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4c3b62" w:themeFill="accent4" w:themeFillShade="000099" w:val="clear"/>
      </w:tcPr>
    </w:tblStylePr>
    <w:tblStylePr w:type="firstCol">
      <w:rPr>
        <w:color w:val="ffffff" w:themeColor="background1"/>
      </w:rPr>
      <w:tblPr/>
      <w:tcPr>
        <w:tcBorders>
          <w:top w:space="0" w:sz="0" w:val="nil"/>
          <w:left w:space="0" w:sz="0" w:val="nil"/>
          <w:bottom w:space="0" w:sz="0" w:val="nil"/>
          <w:right w:space="0" w:sz="0" w:val="nil"/>
          <w:insideH w:color="4c3b62" w:space="0" w:sz="4" w:themeColor="accent4" w:themeShade="000099" w:val="single"/>
          <w:insideV w:space="0" w:sz="0" w:val="nil"/>
        </w:tcBorders>
        <w:shd w:color="auto" w:fill="4c3b62" w:themeFill="accent4"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4c3b62" w:themeFill="accent4" w:themeFillShade="000099" w:val="clear"/>
      </w:tcPr>
    </w:tblStylePr>
    <w:tblStylePr w:type="band1Vert">
      <w:tblPr/>
      <w:tcPr>
        <w:shd w:color="auto" w:fill="ccc0d9" w:themeFill="accent4" w:themeFillTint="000066" w:val="clear"/>
      </w:tcPr>
    </w:tblStylePr>
    <w:tblStylePr w:type="band1Horz">
      <w:tblPr/>
      <w:tcPr>
        <w:shd w:color="auto" w:fill="bfb1d0" w:themeFill="accent4" w:themeFillTint="00007F" w:val="clear"/>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0" w:type="dxa"/>
      <w:tblBorders>
        <w:top w:color="f79646" w:space="0" w:sz="24" w:themeColor="accent6" w:val="single"/>
        <w:left w:color="4bacc6" w:space="0" w:sz="4" w:themeColor="accent5" w:val="single"/>
        <w:bottom w:color="4bacc6" w:space="0" w:sz="4" w:themeColor="accent5" w:val="single"/>
        <w:right w:color="4bacc6" w:space="0" w:sz="4" w:themeColor="accent5"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edf6f9" w:themeFill="accent5" w:themeFillTint="000019" w:val="clear"/>
    </w:tcPr>
    <w:tblStylePr w:type="firstRow">
      <w:rPr>
        <w:b w:val="1"/>
        <w:bCs w:val="1"/>
      </w:rPr>
      <w:tblPr/>
      <w:tcPr>
        <w:tcBorders>
          <w:top w:space="0" w:sz="0" w:val="nil"/>
          <w:left w:space="0" w:sz="0" w:val="nil"/>
          <w:bottom w:color="f79646" w:space="0" w:sz="24" w:themeColor="accent6"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276a7c" w:themeFill="accent5" w:themeFillShade="000099" w:val="clear"/>
      </w:tcPr>
    </w:tblStylePr>
    <w:tblStylePr w:type="firstCol">
      <w:rPr>
        <w:color w:val="ffffff" w:themeColor="background1"/>
      </w:rPr>
      <w:tblPr/>
      <w:tcPr>
        <w:tcBorders>
          <w:top w:space="0" w:sz="0" w:val="nil"/>
          <w:left w:space="0" w:sz="0" w:val="nil"/>
          <w:bottom w:space="0" w:sz="0" w:val="nil"/>
          <w:right w:space="0" w:sz="0" w:val="nil"/>
          <w:insideH w:color="276a7c" w:space="0" w:sz="4" w:themeColor="accent5" w:themeShade="000099" w:val="single"/>
          <w:insideV w:space="0" w:sz="0" w:val="nil"/>
        </w:tcBorders>
        <w:shd w:color="auto" w:fill="276a7c" w:themeFill="accent5"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276a7c" w:themeFill="accent5" w:themeFillShade="000099" w:val="clear"/>
      </w:tcPr>
    </w:tblStylePr>
    <w:tblStylePr w:type="band1Vert">
      <w:tblPr/>
      <w:tcPr>
        <w:shd w:color="auto" w:fill="b6dde8" w:themeFill="accent5" w:themeFillTint="000066" w:val="clear"/>
      </w:tcPr>
    </w:tblStylePr>
    <w:tblStylePr w:type="band1Horz">
      <w:tblPr/>
      <w:tcPr>
        <w:shd w:color="auto" w:fill="a5d5e2" w:themeFill="accent5" w:themeFillTint="00007F" w:val="clear"/>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0" w:type="dxa"/>
      <w:tblBorders>
        <w:top w:color="4bacc6" w:space="0" w:sz="24" w:themeColor="accent5" w:val="single"/>
        <w:left w:color="f79646" w:space="0" w:sz="4" w:themeColor="accent6" w:val="single"/>
        <w:bottom w:color="f79646" w:space="0" w:sz="4" w:themeColor="accent6" w:val="single"/>
        <w:right w:color="f79646" w:space="0" w:sz="4" w:themeColor="accent6"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fef4ec" w:themeFill="accent6" w:themeFillTint="000019" w:val="clear"/>
    </w:tcPr>
    <w:tblStylePr w:type="firstRow">
      <w:rPr>
        <w:b w:val="1"/>
        <w:bCs w:val="1"/>
      </w:rPr>
      <w:tblPr/>
      <w:tcPr>
        <w:tcBorders>
          <w:top w:space="0" w:sz="0" w:val="nil"/>
          <w:left w:space="0" w:sz="0" w:val="nil"/>
          <w:bottom w:color="4bacc6" w:space="0" w:sz="24" w:themeColor="accent5"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b65608" w:themeFill="accent6" w:themeFillShade="000099" w:val="clear"/>
      </w:tcPr>
    </w:tblStylePr>
    <w:tblStylePr w:type="firstCol">
      <w:rPr>
        <w:color w:val="ffffff" w:themeColor="background1"/>
      </w:rPr>
      <w:tblPr/>
      <w:tcPr>
        <w:tcBorders>
          <w:top w:space="0" w:sz="0" w:val="nil"/>
          <w:left w:space="0" w:sz="0" w:val="nil"/>
          <w:bottom w:space="0" w:sz="0" w:val="nil"/>
          <w:right w:space="0" w:sz="0" w:val="nil"/>
          <w:insideH w:color="b65608" w:space="0" w:sz="4" w:themeColor="accent6" w:themeShade="000099" w:val="single"/>
          <w:insideV w:space="0" w:sz="0" w:val="nil"/>
        </w:tcBorders>
        <w:shd w:color="auto" w:fill="b65608" w:themeFill="accent6"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b65608" w:themeFill="accent6" w:themeFillShade="000099" w:val="clear"/>
      </w:tcPr>
    </w:tblStylePr>
    <w:tblStylePr w:type="band1Vert">
      <w:tblPr/>
      <w:tcPr>
        <w:shd w:color="auto" w:fill="fbd4b4" w:themeFill="accent6" w:themeFillTint="000066" w:val="clear"/>
      </w:tcPr>
    </w:tblStylePr>
    <w:tblStylePr w:type="band1Horz">
      <w:tblPr/>
      <w:tcPr>
        <w:shd w:color="auto" w:fill="fbcaa2" w:themeFill="accent6" w:themeFillTint="00007F" w:val="clear"/>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e6e6e6" w:themeFill="text1" w:themeFillTint="000019" w:val="clear"/>
    </w:tcPr>
    <w:tblStylePr w:type="firstRow">
      <w:rPr>
        <w:b w:val="1"/>
        <w:bCs w:val="1"/>
        <w:color w:val="ffffff" w:themeColor="background1"/>
      </w:rPr>
      <w:tblPr/>
      <w:tcPr>
        <w:tcBorders>
          <w:bottom w:color="ffffff" w:space="0" w:sz="12" w:themeColor="background1" w:val="single"/>
        </w:tcBorders>
        <w:shd w:color="auto" w:fill="9e3a38" w:themeFill="accent2" w:themeFillShade="0000CC" w:val="clear"/>
      </w:tcPr>
    </w:tblStylePr>
    <w:tblStylePr w:type="lastRow">
      <w:rPr>
        <w:b w:val="1"/>
        <w:bCs w:val="1"/>
        <w:color w:val="9e3a38" w:themeColor="accent2"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c0c0c0" w:themeFill="text1" w:themeFillTint="00003F" w:val="clear"/>
      </w:tcPr>
    </w:tblStylePr>
    <w:tblStylePr w:type="band1Horz">
      <w:tblPr/>
      <w:tcPr>
        <w:shd w:color="auto" w:fill="cccccc" w:themeFill="text1" w:themeFillTint="000033" w:val="clear"/>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edf2f8" w:themeFill="accent1" w:themeFillTint="000019" w:val="clear"/>
    </w:tcPr>
    <w:tblStylePr w:type="firstRow">
      <w:rPr>
        <w:b w:val="1"/>
        <w:bCs w:val="1"/>
        <w:color w:val="ffffff" w:themeColor="background1"/>
      </w:rPr>
      <w:tblPr/>
      <w:tcPr>
        <w:tcBorders>
          <w:bottom w:color="ffffff" w:space="0" w:sz="12" w:themeColor="background1" w:val="single"/>
        </w:tcBorders>
        <w:shd w:color="auto" w:fill="9e3a38" w:themeFill="accent2" w:themeFillShade="0000CC" w:val="clear"/>
      </w:tcPr>
    </w:tblStylePr>
    <w:tblStylePr w:type="lastRow">
      <w:rPr>
        <w:b w:val="1"/>
        <w:bCs w:val="1"/>
        <w:color w:val="9e3a38" w:themeColor="accent2"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3dfee" w:themeFill="accent1" w:themeFillTint="00003F" w:val="clear"/>
      </w:tcPr>
    </w:tblStylePr>
    <w:tblStylePr w:type="band1Horz">
      <w:tblPr/>
      <w:tcPr>
        <w:shd w:color="auto" w:fill="dbe5f1" w:themeFill="accent1" w:themeFillTint="000033" w:val="clear"/>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f8eded" w:themeFill="accent2" w:themeFillTint="000019" w:val="clear"/>
    </w:tcPr>
    <w:tblStylePr w:type="firstRow">
      <w:rPr>
        <w:b w:val="1"/>
        <w:bCs w:val="1"/>
        <w:color w:val="ffffff" w:themeColor="background1"/>
      </w:rPr>
      <w:tblPr/>
      <w:tcPr>
        <w:tcBorders>
          <w:bottom w:color="ffffff" w:space="0" w:sz="12" w:themeColor="background1" w:val="single"/>
        </w:tcBorders>
        <w:shd w:color="auto" w:fill="9e3a38" w:themeFill="accent2" w:themeFillShade="0000CC" w:val="clear"/>
      </w:tcPr>
    </w:tblStylePr>
    <w:tblStylePr w:type="lastRow">
      <w:rPr>
        <w:b w:val="1"/>
        <w:bCs w:val="1"/>
        <w:color w:val="9e3a38" w:themeColor="accent2"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efd3d2" w:themeFill="accent2" w:themeFillTint="00003F" w:val="clear"/>
      </w:tcPr>
    </w:tblStylePr>
    <w:tblStylePr w:type="band1Horz">
      <w:tblPr/>
      <w:tcPr>
        <w:shd w:color="auto" w:fill="f2dbdb" w:themeFill="accent2" w:themeFillTint="000033" w:val="clear"/>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f5f8ee" w:themeFill="accent3" w:themeFillTint="000019" w:val="clear"/>
    </w:tcPr>
    <w:tblStylePr w:type="firstRow">
      <w:rPr>
        <w:b w:val="1"/>
        <w:bCs w:val="1"/>
        <w:color w:val="ffffff" w:themeColor="background1"/>
      </w:rPr>
      <w:tblPr/>
      <w:tcPr>
        <w:tcBorders>
          <w:bottom w:color="ffffff" w:space="0" w:sz="12" w:themeColor="background1" w:val="single"/>
        </w:tcBorders>
        <w:shd w:color="auto" w:fill="664e82" w:themeFill="accent4" w:themeFillShade="0000CC" w:val="clear"/>
      </w:tcPr>
    </w:tblStylePr>
    <w:tblStylePr w:type="lastRow">
      <w:rPr>
        <w:b w:val="1"/>
        <w:bCs w:val="1"/>
        <w:color w:val="664e82" w:themeColor="accent4"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e6eed5" w:themeFill="accent3" w:themeFillTint="00003F" w:val="clear"/>
      </w:tcPr>
    </w:tblStylePr>
    <w:tblStylePr w:type="band1Horz">
      <w:tblPr/>
      <w:tcPr>
        <w:shd w:color="auto" w:fill="eaf1dd" w:themeFill="accent3" w:themeFillTint="000033" w:val="clear"/>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f2eff6" w:themeFill="accent4" w:themeFillTint="000019" w:val="clear"/>
    </w:tcPr>
    <w:tblStylePr w:type="firstRow">
      <w:rPr>
        <w:b w:val="1"/>
        <w:bCs w:val="1"/>
        <w:color w:val="ffffff" w:themeColor="background1"/>
      </w:rPr>
      <w:tblPr/>
      <w:tcPr>
        <w:tcBorders>
          <w:bottom w:color="ffffff" w:space="0" w:sz="12" w:themeColor="background1" w:val="single"/>
        </w:tcBorders>
        <w:shd w:color="auto" w:fill="7e9c40" w:themeFill="accent3" w:themeFillShade="0000CC" w:val="clear"/>
      </w:tcPr>
    </w:tblStylePr>
    <w:tblStylePr w:type="lastRow">
      <w:rPr>
        <w:b w:val="1"/>
        <w:bCs w:val="1"/>
        <w:color w:val="7e9c40" w:themeColor="accent3"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fd8e8" w:themeFill="accent4" w:themeFillTint="00003F" w:val="clear"/>
      </w:tcPr>
    </w:tblStylePr>
    <w:tblStylePr w:type="band1Horz">
      <w:tblPr/>
      <w:tcPr>
        <w:shd w:color="auto" w:fill="e5dfec" w:themeFill="accent4" w:themeFillTint="000033" w:val="clear"/>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edf6f9" w:themeFill="accent5" w:themeFillTint="000019" w:val="clear"/>
    </w:tcPr>
    <w:tblStylePr w:type="firstRow">
      <w:rPr>
        <w:b w:val="1"/>
        <w:bCs w:val="1"/>
        <w:color w:val="ffffff" w:themeColor="background1"/>
      </w:rPr>
      <w:tblPr/>
      <w:tcPr>
        <w:tcBorders>
          <w:bottom w:color="ffffff" w:space="0" w:sz="12" w:themeColor="background1" w:val="single"/>
        </w:tcBorders>
        <w:shd w:color="auto" w:fill="f2730a" w:themeFill="accent6" w:themeFillShade="0000CC" w:val="clear"/>
      </w:tcPr>
    </w:tblStylePr>
    <w:tblStylePr w:type="lastRow">
      <w:rPr>
        <w:b w:val="1"/>
        <w:bCs w:val="1"/>
        <w:color w:val="f2730a" w:themeColor="accent6"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2eaf1" w:themeFill="accent5" w:themeFillTint="00003F" w:val="clear"/>
      </w:tcPr>
    </w:tblStylePr>
    <w:tblStylePr w:type="band1Horz">
      <w:tblPr/>
      <w:tcPr>
        <w:shd w:color="auto" w:fill="daeef3" w:themeFill="accent5" w:themeFillTint="000033" w:val="clear"/>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fef4ec" w:themeFill="accent6" w:themeFillTint="000019" w:val="clear"/>
    </w:tcPr>
    <w:tblStylePr w:type="firstRow">
      <w:rPr>
        <w:b w:val="1"/>
        <w:bCs w:val="1"/>
        <w:color w:val="ffffff" w:themeColor="background1"/>
      </w:rPr>
      <w:tblPr/>
      <w:tcPr>
        <w:tcBorders>
          <w:bottom w:color="ffffff" w:space="0" w:sz="12" w:themeColor="background1" w:val="single"/>
        </w:tcBorders>
        <w:shd w:color="auto" w:fill="348da5" w:themeFill="accent5" w:themeFillShade="0000CC" w:val="clear"/>
      </w:tcPr>
    </w:tblStylePr>
    <w:tblStylePr w:type="lastRow">
      <w:rPr>
        <w:b w:val="1"/>
        <w:bCs w:val="1"/>
        <w:color w:val="348da5" w:themeColor="accent5"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fde4d0" w:themeFill="accent6" w:themeFillTint="00003F" w:val="clear"/>
      </w:tcPr>
    </w:tblStylePr>
    <w:tblStylePr w:type="band1Horz">
      <w:tblPr/>
      <w:tcPr>
        <w:shd w:color="auto" w:fill="fde9d9" w:themeFill="accent6" w:themeFillTint="000033" w:val="clear"/>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cccccc" w:themeFill="text1" w:themeFillTint="000033" w:val="clear"/>
    </w:tcPr>
    <w:tblStylePr w:type="firstRow">
      <w:rPr>
        <w:b w:val="1"/>
        <w:bCs w:val="1"/>
      </w:rPr>
      <w:tblPr/>
      <w:tcPr>
        <w:shd w:color="auto" w:fill="999999" w:themeFill="text1" w:themeFillTint="000066" w:val="clear"/>
      </w:tcPr>
    </w:tblStylePr>
    <w:tblStylePr w:type="lastRow">
      <w:rPr>
        <w:b w:val="1"/>
        <w:bCs w:val="1"/>
        <w:color w:val="000000" w:themeColor="text1"/>
      </w:rPr>
      <w:tblPr/>
      <w:tcPr>
        <w:shd w:color="auto" w:fill="999999" w:themeFill="text1" w:themeFillTint="000066" w:val="clear"/>
      </w:tcPr>
    </w:tblStylePr>
    <w:tblStylePr w:type="firstCol">
      <w:rPr>
        <w:color w:val="ffffff" w:themeColor="background1"/>
      </w:rPr>
      <w:tblPr/>
      <w:tcPr>
        <w:shd w:color="auto" w:fill="000000" w:themeFill="text1" w:themeFillShade="0000BF" w:val="clear"/>
      </w:tcPr>
    </w:tblStylePr>
    <w:tblStylePr w:type="lastCol">
      <w:rPr>
        <w:color w:val="ffffff" w:themeColor="background1"/>
      </w:rPr>
      <w:tblPr/>
      <w:tcPr>
        <w:shd w:color="auto" w:fill="000000" w:themeFill="text1" w:themeFillShade="0000BF" w:val="clear"/>
      </w:tcPr>
    </w:tblStylePr>
    <w:tblStylePr w:type="band1Vert">
      <w:tblPr/>
      <w:tcPr>
        <w:shd w:color="auto" w:fill="808080" w:themeFill="text1" w:themeFillTint="00007F" w:val="clear"/>
      </w:tcPr>
    </w:tblStylePr>
    <w:tblStylePr w:type="band1Horz">
      <w:tblPr/>
      <w:tcPr>
        <w:shd w:color="auto" w:fill="808080" w:themeFill="text1" w:themeFillTint="00007F" w:val="clear"/>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dbe5f1" w:themeFill="accent1" w:themeFillTint="000033" w:val="clear"/>
    </w:tcPr>
    <w:tblStylePr w:type="firstRow">
      <w:rPr>
        <w:b w:val="1"/>
        <w:bCs w:val="1"/>
      </w:rPr>
      <w:tblPr/>
      <w:tcPr>
        <w:shd w:color="auto" w:fill="b8cce4" w:themeFill="accent1" w:themeFillTint="000066" w:val="clear"/>
      </w:tcPr>
    </w:tblStylePr>
    <w:tblStylePr w:type="lastRow">
      <w:rPr>
        <w:b w:val="1"/>
        <w:bCs w:val="1"/>
        <w:color w:val="000000" w:themeColor="text1"/>
      </w:rPr>
      <w:tblPr/>
      <w:tcPr>
        <w:shd w:color="auto" w:fill="b8cce4" w:themeFill="accent1" w:themeFillTint="000066" w:val="clear"/>
      </w:tcPr>
    </w:tblStylePr>
    <w:tblStylePr w:type="firstCol">
      <w:rPr>
        <w:color w:val="ffffff" w:themeColor="background1"/>
      </w:rPr>
      <w:tblPr/>
      <w:tcPr>
        <w:shd w:color="auto" w:fill="365f91" w:themeFill="accent1" w:themeFillShade="0000BF" w:val="clear"/>
      </w:tcPr>
    </w:tblStylePr>
    <w:tblStylePr w:type="lastCol">
      <w:rPr>
        <w:color w:val="ffffff" w:themeColor="background1"/>
      </w:rPr>
      <w:tblPr/>
      <w:tcPr>
        <w:shd w:color="auto" w:fill="365f91" w:themeFill="accent1" w:themeFillShade="0000BF" w:val="clear"/>
      </w:tcPr>
    </w:tblStylePr>
    <w:tblStylePr w:type="band1Vert">
      <w:tblPr/>
      <w:tcPr>
        <w:shd w:color="auto" w:fill="a7bfde" w:themeFill="accent1" w:themeFillTint="00007F" w:val="clear"/>
      </w:tcPr>
    </w:tblStylePr>
    <w:tblStylePr w:type="band1Horz">
      <w:tblPr/>
      <w:tcPr>
        <w:shd w:color="auto" w:fill="a7bfde" w:themeFill="accent1" w:themeFillTint="00007F" w:val="clear"/>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f2dbdb" w:themeFill="accent2" w:themeFillTint="000033" w:val="clear"/>
    </w:tcPr>
    <w:tblStylePr w:type="firstRow">
      <w:rPr>
        <w:b w:val="1"/>
        <w:bCs w:val="1"/>
      </w:rPr>
      <w:tblPr/>
      <w:tcPr>
        <w:shd w:color="auto" w:fill="e5b8b7" w:themeFill="accent2" w:themeFillTint="000066" w:val="clear"/>
      </w:tcPr>
    </w:tblStylePr>
    <w:tblStylePr w:type="lastRow">
      <w:rPr>
        <w:b w:val="1"/>
        <w:bCs w:val="1"/>
        <w:color w:val="000000" w:themeColor="text1"/>
      </w:rPr>
      <w:tblPr/>
      <w:tcPr>
        <w:shd w:color="auto" w:fill="e5b8b7" w:themeFill="accent2" w:themeFillTint="000066" w:val="clear"/>
      </w:tcPr>
    </w:tblStylePr>
    <w:tblStylePr w:type="firstCol">
      <w:rPr>
        <w:color w:val="ffffff" w:themeColor="background1"/>
      </w:rPr>
      <w:tblPr/>
      <w:tcPr>
        <w:shd w:color="auto" w:fill="943634" w:themeFill="accent2" w:themeFillShade="0000BF" w:val="clear"/>
      </w:tcPr>
    </w:tblStylePr>
    <w:tblStylePr w:type="lastCol">
      <w:rPr>
        <w:color w:val="ffffff" w:themeColor="background1"/>
      </w:rPr>
      <w:tblPr/>
      <w:tcPr>
        <w:shd w:color="auto" w:fill="943634" w:themeFill="accent2" w:themeFillShade="0000BF" w:val="clear"/>
      </w:tcPr>
    </w:tblStylePr>
    <w:tblStylePr w:type="band1Vert">
      <w:tblPr/>
      <w:tcPr>
        <w:shd w:color="auto" w:fill="dfa7a6" w:themeFill="accent2" w:themeFillTint="00007F" w:val="clear"/>
      </w:tcPr>
    </w:tblStylePr>
    <w:tblStylePr w:type="band1Horz">
      <w:tblPr/>
      <w:tcPr>
        <w:shd w:color="auto" w:fill="dfa7a6" w:themeFill="accent2" w:themeFillTint="00007F" w:val="clear"/>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eaf1dd" w:themeFill="accent3" w:themeFillTint="000033" w:val="clear"/>
    </w:tcPr>
    <w:tblStylePr w:type="firstRow">
      <w:rPr>
        <w:b w:val="1"/>
        <w:bCs w:val="1"/>
      </w:rPr>
      <w:tblPr/>
      <w:tcPr>
        <w:shd w:color="auto" w:fill="d6e3bc" w:themeFill="accent3" w:themeFillTint="000066" w:val="clear"/>
      </w:tcPr>
    </w:tblStylePr>
    <w:tblStylePr w:type="lastRow">
      <w:rPr>
        <w:b w:val="1"/>
        <w:bCs w:val="1"/>
        <w:color w:val="000000" w:themeColor="text1"/>
      </w:rPr>
      <w:tblPr/>
      <w:tcPr>
        <w:shd w:color="auto" w:fill="d6e3bc" w:themeFill="accent3" w:themeFillTint="000066" w:val="clear"/>
      </w:tcPr>
    </w:tblStylePr>
    <w:tblStylePr w:type="firstCol">
      <w:rPr>
        <w:color w:val="ffffff" w:themeColor="background1"/>
      </w:rPr>
      <w:tblPr/>
      <w:tcPr>
        <w:shd w:color="auto" w:fill="76923c" w:themeFill="accent3" w:themeFillShade="0000BF" w:val="clear"/>
      </w:tcPr>
    </w:tblStylePr>
    <w:tblStylePr w:type="lastCol">
      <w:rPr>
        <w:color w:val="ffffff" w:themeColor="background1"/>
      </w:rPr>
      <w:tblPr/>
      <w:tcPr>
        <w:shd w:color="auto" w:fill="76923c" w:themeFill="accent3" w:themeFillShade="0000BF" w:val="clear"/>
      </w:tcPr>
    </w:tblStylePr>
    <w:tblStylePr w:type="band1Vert">
      <w:tblPr/>
      <w:tcPr>
        <w:shd w:color="auto" w:fill="cdddac" w:themeFill="accent3" w:themeFillTint="00007F" w:val="clear"/>
      </w:tcPr>
    </w:tblStylePr>
    <w:tblStylePr w:type="band1Horz">
      <w:tblPr/>
      <w:tcPr>
        <w:shd w:color="auto" w:fill="cdddac" w:themeFill="accent3" w:themeFillTint="00007F" w:val="clear"/>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e5dfec" w:themeFill="accent4" w:themeFillTint="000033" w:val="clear"/>
    </w:tcPr>
    <w:tblStylePr w:type="firstRow">
      <w:rPr>
        <w:b w:val="1"/>
        <w:bCs w:val="1"/>
      </w:rPr>
      <w:tblPr/>
      <w:tcPr>
        <w:shd w:color="auto" w:fill="ccc0d9" w:themeFill="accent4" w:themeFillTint="000066" w:val="clear"/>
      </w:tcPr>
    </w:tblStylePr>
    <w:tblStylePr w:type="lastRow">
      <w:rPr>
        <w:b w:val="1"/>
        <w:bCs w:val="1"/>
        <w:color w:val="000000" w:themeColor="text1"/>
      </w:rPr>
      <w:tblPr/>
      <w:tcPr>
        <w:shd w:color="auto" w:fill="ccc0d9" w:themeFill="accent4" w:themeFillTint="000066" w:val="clear"/>
      </w:tcPr>
    </w:tblStylePr>
    <w:tblStylePr w:type="firstCol">
      <w:rPr>
        <w:color w:val="ffffff" w:themeColor="background1"/>
      </w:rPr>
      <w:tblPr/>
      <w:tcPr>
        <w:shd w:color="auto" w:fill="5f497a" w:themeFill="accent4" w:themeFillShade="0000BF" w:val="clear"/>
      </w:tcPr>
    </w:tblStylePr>
    <w:tblStylePr w:type="lastCol">
      <w:rPr>
        <w:color w:val="ffffff" w:themeColor="background1"/>
      </w:rPr>
      <w:tblPr/>
      <w:tcPr>
        <w:shd w:color="auto" w:fill="5f497a" w:themeFill="accent4" w:themeFillShade="0000BF" w:val="clear"/>
      </w:tcPr>
    </w:tblStylePr>
    <w:tblStylePr w:type="band1Vert">
      <w:tblPr/>
      <w:tcPr>
        <w:shd w:color="auto" w:fill="bfb1d0" w:themeFill="accent4" w:themeFillTint="00007F" w:val="clear"/>
      </w:tcPr>
    </w:tblStylePr>
    <w:tblStylePr w:type="band1Horz">
      <w:tblPr/>
      <w:tcPr>
        <w:shd w:color="auto" w:fill="bfb1d0" w:themeFill="accent4" w:themeFillTint="00007F" w:val="clear"/>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daeef3" w:themeFill="accent5" w:themeFillTint="000033" w:val="clear"/>
    </w:tcPr>
    <w:tblStylePr w:type="firstRow">
      <w:rPr>
        <w:b w:val="1"/>
        <w:bCs w:val="1"/>
      </w:rPr>
      <w:tblPr/>
      <w:tcPr>
        <w:shd w:color="auto" w:fill="b6dde8" w:themeFill="accent5" w:themeFillTint="000066" w:val="clear"/>
      </w:tcPr>
    </w:tblStylePr>
    <w:tblStylePr w:type="lastRow">
      <w:rPr>
        <w:b w:val="1"/>
        <w:bCs w:val="1"/>
        <w:color w:val="000000" w:themeColor="text1"/>
      </w:rPr>
      <w:tblPr/>
      <w:tcPr>
        <w:shd w:color="auto" w:fill="b6dde8" w:themeFill="accent5" w:themeFillTint="000066" w:val="clear"/>
      </w:tcPr>
    </w:tblStylePr>
    <w:tblStylePr w:type="firstCol">
      <w:rPr>
        <w:color w:val="ffffff" w:themeColor="background1"/>
      </w:rPr>
      <w:tblPr/>
      <w:tcPr>
        <w:shd w:color="auto" w:fill="31849b" w:themeFill="accent5" w:themeFillShade="0000BF" w:val="clear"/>
      </w:tcPr>
    </w:tblStylePr>
    <w:tblStylePr w:type="lastCol">
      <w:rPr>
        <w:color w:val="ffffff" w:themeColor="background1"/>
      </w:rPr>
      <w:tblPr/>
      <w:tcPr>
        <w:shd w:color="auto" w:fill="31849b" w:themeFill="accent5" w:themeFillShade="0000BF" w:val="clear"/>
      </w:tcPr>
    </w:tblStylePr>
    <w:tblStylePr w:type="band1Vert">
      <w:tblPr/>
      <w:tcPr>
        <w:shd w:color="auto" w:fill="a5d5e2" w:themeFill="accent5" w:themeFillTint="00007F" w:val="clear"/>
      </w:tcPr>
    </w:tblStylePr>
    <w:tblStylePr w:type="band1Horz">
      <w:tblPr/>
      <w:tcPr>
        <w:shd w:color="auto" w:fill="a5d5e2" w:themeFill="accent5" w:themeFillTint="00007F" w:val="clear"/>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fde9d9" w:themeFill="accent6" w:themeFillTint="000033" w:val="clear"/>
    </w:tcPr>
    <w:tblStylePr w:type="firstRow">
      <w:rPr>
        <w:b w:val="1"/>
        <w:bCs w:val="1"/>
      </w:rPr>
      <w:tblPr/>
      <w:tcPr>
        <w:shd w:color="auto" w:fill="fbd4b4" w:themeFill="accent6" w:themeFillTint="000066" w:val="clear"/>
      </w:tcPr>
    </w:tblStylePr>
    <w:tblStylePr w:type="lastRow">
      <w:rPr>
        <w:b w:val="1"/>
        <w:bCs w:val="1"/>
        <w:color w:val="000000" w:themeColor="text1"/>
      </w:rPr>
      <w:tblPr/>
      <w:tcPr>
        <w:shd w:color="auto" w:fill="fbd4b4" w:themeFill="accent6" w:themeFillTint="000066" w:val="clear"/>
      </w:tcPr>
    </w:tblStylePr>
    <w:tblStylePr w:type="firstCol">
      <w:rPr>
        <w:color w:val="ffffff" w:themeColor="background1"/>
      </w:rPr>
      <w:tblPr/>
      <w:tcPr>
        <w:shd w:color="auto" w:fill="e36c0a" w:themeFill="accent6" w:themeFillShade="0000BF" w:val="clear"/>
      </w:tcPr>
    </w:tblStylePr>
    <w:tblStylePr w:type="lastCol">
      <w:rPr>
        <w:color w:val="ffffff" w:themeColor="background1"/>
      </w:rPr>
      <w:tblPr/>
      <w:tcPr>
        <w:shd w:color="auto" w:fill="e36c0a" w:themeFill="accent6" w:themeFillShade="0000BF" w:val="clear"/>
      </w:tcPr>
    </w:tblStylePr>
    <w:tblStylePr w:type="band1Vert">
      <w:tblPr/>
      <w:tcPr>
        <w:shd w:color="auto" w:fill="fbcaa2" w:themeFill="accent6" w:themeFillTint="00007F" w:val="clear"/>
      </w:tcPr>
    </w:tblStylePr>
    <w:tblStylePr w:type="band1Horz">
      <w:tblPr/>
      <w:tcPr>
        <w:shd w:color="auto" w:fill="fbcaa2" w:themeFill="accent6" w:themeFillTint="00007F" w:val="clear"/>
      </w:tcPr>
    </w:tblStylePr>
  </w:style>
  <w:style w:type="paragraph" w:styleId="Subtitle">
    <w:name w:val="Subtitle"/>
    <w:basedOn w:val="Normal"/>
    <w:next w:val="Normal"/>
    <w:pPr/>
    <w:rPr>
      <w:rFonts w:ascii="Calibri" w:cs="Calibri" w:eastAsia="Calibri" w:hAnsi="Calibri"/>
      <w:i w:val="1"/>
      <w:color w:val="4f81bd"/>
      <w:sz w:val="24"/>
      <w:szCs w:val="24"/>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Nunito-regular.ttf"/><Relationship Id="rId2" Type="http://schemas.openxmlformats.org/officeDocument/2006/relationships/font" Target="fonts/Nunito-bold.ttf"/><Relationship Id="rId3" Type="http://schemas.openxmlformats.org/officeDocument/2006/relationships/font" Target="fonts/Nunito-italic.ttf"/><Relationship Id="rId4" Type="http://schemas.openxmlformats.org/officeDocument/2006/relationships/font" Target="fonts/Nunito-boldItalic.ttf"/><Relationship Id="rId10" Type="http://schemas.openxmlformats.org/officeDocument/2006/relationships/font" Target="fonts/NunitoLight-boldItalic.ttf"/><Relationship Id="rId9" Type="http://schemas.openxmlformats.org/officeDocument/2006/relationships/font" Target="fonts/NunitoLight-italic.ttf"/><Relationship Id="rId5" Type="http://schemas.openxmlformats.org/officeDocument/2006/relationships/font" Target="fonts/NunitoBlack-bold.ttf"/><Relationship Id="rId6" Type="http://schemas.openxmlformats.org/officeDocument/2006/relationships/font" Target="fonts/NunitoBlack-boldItalic.ttf"/><Relationship Id="rId7" Type="http://schemas.openxmlformats.org/officeDocument/2006/relationships/font" Target="fonts/NunitoLight-regular.ttf"/><Relationship Id="rId8" Type="http://schemas.openxmlformats.org/officeDocument/2006/relationships/font" Target="fonts/NunitoLight-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igWbuWQtgUnYoCJfd5N5vbTSyw==">CgMxLjAyDmguYmp2aXo0dzV5MW81OAByITEzdkZYOXZtSEkxbnFwT0JfRkxZSUFRVHpsZWIyY2NyUQ==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2013-12-23T23:15:00Z</dcterms:created>
  <dc:creator>python-docx</dc:creator>
</cp:coreProperties>
</file>